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59996" w14:textId="0E6E3B0C" w:rsidR="00AA6ECC" w:rsidRDefault="001A61E1">
      <w:pPr>
        <w:jc w:val="center"/>
      </w:pPr>
      <w:r>
        <w:rPr>
          <w:b/>
          <w:color w:val="06867D"/>
          <w:sz w:val="40"/>
        </w:rPr>
        <w:t xml:space="preserve"> TIMESHEET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2"/>
        <w:gridCol w:w="1680"/>
        <w:gridCol w:w="1889"/>
        <w:gridCol w:w="1806"/>
        <w:gridCol w:w="1814"/>
        <w:gridCol w:w="3889"/>
      </w:tblGrid>
      <w:tr w:rsidR="004764E6" w14:paraId="7BD3DDF8" w14:textId="77777777" w:rsidTr="00584D20">
        <w:tc>
          <w:tcPr>
            <w:tcW w:w="2082" w:type="dxa"/>
            <w:shd w:val="clear" w:color="auto" w:fill="06867D"/>
          </w:tcPr>
          <w:p w14:paraId="33B1BF99" w14:textId="77777777" w:rsidR="004764E6" w:rsidRDefault="004764E6">
            <w:r>
              <w:t>Locum Name</w:t>
            </w:r>
          </w:p>
        </w:tc>
        <w:tc>
          <w:tcPr>
            <w:tcW w:w="1680" w:type="dxa"/>
            <w:shd w:val="clear" w:color="auto" w:fill="06867D"/>
          </w:tcPr>
          <w:p w14:paraId="45101B96" w14:textId="77777777" w:rsidR="004764E6" w:rsidRDefault="004764E6">
            <w:r>
              <w:t>Client Name</w:t>
            </w:r>
          </w:p>
        </w:tc>
        <w:tc>
          <w:tcPr>
            <w:tcW w:w="1889" w:type="dxa"/>
            <w:shd w:val="clear" w:color="auto" w:fill="06867D"/>
          </w:tcPr>
          <w:p w14:paraId="15FF1C84" w14:textId="77777777" w:rsidR="004764E6" w:rsidRDefault="004764E6">
            <w:r>
              <w:t>Grade/Speciality</w:t>
            </w:r>
          </w:p>
        </w:tc>
        <w:tc>
          <w:tcPr>
            <w:tcW w:w="1806" w:type="dxa"/>
            <w:shd w:val="clear" w:color="auto" w:fill="06867D"/>
          </w:tcPr>
          <w:p w14:paraId="76F5B151" w14:textId="77777777" w:rsidR="004764E6" w:rsidRDefault="004764E6">
            <w:r>
              <w:t>Week Ending</w:t>
            </w:r>
          </w:p>
        </w:tc>
        <w:tc>
          <w:tcPr>
            <w:tcW w:w="1814" w:type="dxa"/>
            <w:shd w:val="clear" w:color="auto" w:fill="06867D"/>
          </w:tcPr>
          <w:p w14:paraId="06B1D1F6" w14:textId="0E376871" w:rsidR="004764E6" w:rsidRDefault="004764E6">
            <w:r>
              <w:t>GMC Number</w:t>
            </w:r>
          </w:p>
        </w:tc>
        <w:tc>
          <w:tcPr>
            <w:tcW w:w="3889" w:type="dxa"/>
            <w:shd w:val="clear" w:color="auto" w:fill="06867D"/>
          </w:tcPr>
          <w:p w14:paraId="5FB63B88" w14:textId="746B9E5C" w:rsidR="004764E6" w:rsidRDefault="004764E6">
            <w:r>
              <w:t>Booking Ref/PO No. (if applicable)</w:t>
            </w:r>
          </w:p>
          <w:p w14:paraId="517B21FE" w14:textId="08C3EF0B" w:rsidR="004764E6" w:rsidRDefault="004764E6">
            <w:r>
              <w:t>Site/Hospital</w:t>
            </w:r>
          </w:p>
        </w:tc>
      </w:tr>
      <w:tr w:rsidR="004764E6" w14:paraId="2F741A0E" w14:textId="77777777" w:rsidTr="009661CA">
        <w:trPr>
          <w:trHeight w:val="526"/>
        </w:trPr>
        <w:tc>
          <w:tcPr>
            <w:tcW w:w="2082" w:type="dxa"/>
          </w:tcPr>
          <w:p w14:paraId="09F764FD" w14:textId="77777777" w:rsidR="004764E6" w:rsidRDefault="004764E6"/>
        </w:tc>
        <w:tc>
          <w:tcPr>
            <w:tcW w:w="1680" w:type="dxa"/>
          </w:tcPr>
          <w:p w14:paraId="72E9F4FB" w14:textId="77777777" w:rsidR="004764E6" w:rsidRDefault="004764E6"/>
        </w:tc>
        <w:tc>
          <w:tcPr>
            <w:tcW w:w="1889" w:type="dxa"/>
          </w:tcPr>
          <w:p w14:paraId="14682E6F" w14:textId="77777777" w:rsidR="004764E6" w:rsidRDefault="004764E6"/>
        </w:tc>
        <w:tc>
          <w:tcPr>
            <w:tcW w:w="1806" w:type="dxa"/>
          </w:tcPr>
          <w:p w14:paraId="7BCA0581" w14:textId="77777777" w:rsidR="004764E6" w:rsidRDefault="004764E6"/>
        </w:tc>
        <w:tc>
          <w:tcPr>
            <w:tcW w:w="1814" w:type="dxa"/>
          </w:tcPr>
          <w:p w14:paraId="52066B2A" w14:textId="77777777" w:rsidR="004764E6" w:rsidRDefault="004764E6"/>
        </w:tc>
        <w:tc>
          <w:tcPr>
            <w:tcW w:w="3889" w:type="dxa"/>
          </w:tcPr>
          <w:p w14:paraId="42ED94D9" w14:textId="77777777" w:rsidR="004764E6" w:rsidRDefault="004764E6"/>
        </w:tc>
      </w:tr>
    </w:tbl>
    <w:p w14:paraId="2B40B644" w14:textId="72CFD13E" w:rsidR="00A71580" w:rsidRDefault="00A71580" w:rsidP="00A71580">
      <w:pPr>
        <w:spacing w:after="0"/>
      </w:pPr>
      <w:r>
        <w:t>BASIC HOURS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ON CALL HOURS</w:t>
      </w:r>
      <w:r>
        <w:tab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13"/>
        <w:gridCol w:w="872"/>
        <w:gridCol w:w="902"/>
        <w:gridCol w:w="927"/>
        <w:gridCol w:w="1008"/>
        <w:gridCol w:w="1210"/>
      </w:tblGrid>
      <w:tr w:rsidR="00A71580" w14:paraId="5049E1BA" w14:textId="77777777" w:rsidTr="00A71580">
        <w:tc>
          <w:tcPr>
            <w:tcW w:w="1313" w:type="dxa"/>
            <w:shd w:val="clear" w:color="auto" w:fill="378E86"/>
          </w:tcPr>
          <w:p w14:paraId="6C843591" w14:textId="77777777" w:rsidR="00A71580" w:rsidRDefault="00A71580" w:rsidP="00A71580">
            <w:r>
              <w:t>Day</w:t>
            </w:r>
          </w:p>
        </w:tc>
        <w:tc>
          <w:tcPr>
            <w:tcW w:w="872" w:type="dxa"/>
            <w:shd w:val="clear" w:color="auto" w:fill="378E86"/>
          </w:tcPr>
          <w:p w14:paraId="2707E301" w14:textId="77777777" w:rsidR="00A71580" w:rsidRDefault="00A71580" w:rsidP="00A71580">
            <w:r>
              <w:t>Date</w:t>
            </w:r>
          </w:p>
        </w:tc>
        <w:tc>
          <w:tcPr>
            <w:tcW w:w="902" w:type="dxa"/>
            <w:shd w:val="clear" w:color="auto" w:fill="378E86"/>
          </w:tcPr>
          <w:p w14:paraId="749C636B" w14:textId="77777777" w:rsidR="00A71580" w:rsidRDefault="00A71580" w:rsidP="00A71580">
            <w:r>
              <w:t>Start</w:t>
            </w:r>
          </w:p>
        </w:tc>
        <w:tc>
          <w:tcPr>
            <w:tcW w:w="927" w:type="dxa"/>
            <w:shd w:val="clear" w:color="auto" w:fill="378E86"/>
          </w:tcPr>
          <w:p w14:paraId="2E9EF9B5" w14:textId="77777777" w:rsidR="00A71580" w:rsidRDefault="00A71580" w:rsidP="00A71580">
            <w:r>
              <w:t>Finish</w:t>
            </w:r>
          </w:p>
        </w:tc>
        <w:tc>
          <w:tcPr>
            <w:tcW w:w="1008" w:type="dxa"/>
            <w:shd w:val="clear" w:color="auto" w:fill="378E86"/>
          </w:tcPr>
          <w:p w14:paraId="23DE55B8" w14:textId="77777777" w:rsidR="00A71580" w:rsidRDefault="00A71580" w:rsidP="00A71580">
            <w:r>
              <w:t>Break</w:t>
            </w:r>
          </w:p>
        </w:tc>
        <w:tc>
          <w:tcPr>
            <w:tcW w:w="1210" w:type="dxa"/>
            <w:shd w:val="clear" w:color="auto" w:fill="378E86"/>
          </w:tcPr>
          <w:p w14:paraId="238B39D4" w14:textId="77777777" w:rsidR="00A71580" w:rsidRDefault="00A71580" w:rsidP="00A71580">
            <w:r>
              <w:t>Total Hrs</w:t>
            </w:r>
          </w:p>
        </w:tc>
      </w:tr>
      <w:tr w:rsidR="00A71580" w14:paraId="3473019C" w14:textId="77777777" w:rsidTr="00A71580">
        <w:tc>
          <w:tcPr>
            <w:tcW w:w="1313" w:type="dxa"/>
          </w:tcPr>
          <w:p w14:paraId="3D658159" w14:textId="113B2756" w:rsidR="00A71580" w:rsidRDefault="00A71580" w:rsidP="00A71580">
            <w:r>
              <w:t>Monday</w:t>
            </w:r>
          </w:p>
        </w:tc>
        <w:tc>
          <w:tcPr>
            <w:tcW w:w="872" w:type="dxa"/>
          </w:tcPr>
          <w:p w14:paraId="7A2018EE" w14:textId="77777777" w:rsidR="00A71580" w:rsidRDefault="00A71580" w:rsidP="00A71580"/>
        </w:tc>
        <w:tc>
          <w:tcPr>
            <w:tcW w:w="902" w:type="dxa"/>
          </w:tcPr>
          <w:p w14:paraId="3C696E5A" w14:textId="77777777" w:rsidR="00A71580" w:rsidRDefault="00A71580" w:rsidP="00A71580"/>
        </w:tc>
        <w:tc>
          <w:tcPr>
            <w:tcW w:w="927" w:type="dxa"/>
          </w:tcPr>
          <w:p w14:paraId="33BB5155" w14:textId="77777777" w:rsidR="00A71580" w:rsidRDefault="00A71580" w:rsidP="00A71580"/>
        </w:tc>
        <w:tc>
          <w:tcPr>
            <w:tcW w:w="1008" w:type="dxa"/>
          </w:tcPr>
          <w:p w14:paraId="342BED2A" w14:textId="77777777" w:rsidR="00A71580" w:rsidRDefault="00A71580" w:rsidP="00A71580"/>
        </w:tc>
        <w:tc>
          <w:tcPr>
            <w:tcW w:w="1210" w:type="dxa"/>
          </w:tcPr>
          <w:p w14:paraId="14364272" w14:textId="77777777" w:rsidR="00A71580" w:rsidRDefault="00A71580" w:rsidP="00A71580"/>
        </w:tc>
      </w:tr>
      <w:tr w:rsidR="00A71580" w14:paraId="41CA1253" w14:textId="77777777" w:rsidTr="00A71580">
        <w:tc>
          <w:tcPr>
            <w:tcW w:w="1313" w:type="dxa"/>
          </w:tcPr>
          <w:p w14:paraId="3B119424" w14:textId="77777777" w:rsidR="00A71580" w:rsidRDefault="00A71580" w:rsidP="00A71580">
            <w:r>
              <w:t>Tuesday</w:t>
            </w:r>
          </w:p>
        </w:tc>
        <w:tc>
          <w:tcPr>
            <w:tcW w:w="872" w:type="dxa"/>
          </w:tcPr>
          <w:p w14:paraId="2C6CF415" w14:textId="77777777" w:rsidR="00A71580" w:rsidRDefault="00A71580" w:rsidP="00A71580"/>
        </w:tc>
        <w:tc>
          <w:tcPr>
            <w:tcW w:w="902" w:type="dxa"/>
          </w:tcPr>
          <w:p w14:paraId="6ADC9CA6" w14:textId="77777777" w:rsidR="00A71580" w:rsidRDefault="00A71580" w:rsidP="00A71580"/>
        </w:tc>
        <w:tc>
          <w:tcPr>
            <w:tcW w:w="927" w:type="dxa"/>
          </w:tcPr>
          <w:p w14:paraId="2C727009" w14:textId="77777777" w:rsidR="00A71580" w:rsidRDefault="00A71580" w:rsidP="00A71580"/>
        </w:tc>
        <w:tc>
          <w:tcPr>
            <w:tcW w:w="1008" w:type="dxa"/>
          </w:tcPr>
          <w:p w14:paraId="3D40DA1E" w14:textId="77777777" w:rsidR="00A71580" w:rsidRDefault="00A71580" w:rsidP="00A71580"/>
        </w:tc>
        <w:tc>
          <w:tcPr>
            <w:tcW w:w="1210" w:type="dxa"/>
          </w:tcPr>
          <w:p w14:paraId="7BFC8A5C" w14:textId="77777777" w:rsidR="00A71580" w:rsidRDefault="00A71580" w:rsidP="00A71580"/>
        </w:tc>
      </w:tr>
      <w:tr w:rsidR="00A71580" w14:paraId="34A80B78" w14:textId="77777777" w:rsidTr="00A71580">
        <w:tc>
          <w:tcPr>
            <w:tcW w:w="1313" w:type="dxa"/>
          </w:tcPr>
          <w:p w14:paraId="002DE4EE" w14:textId="77777777" w:rsidR="00A71580" w:rsidRDefault="00A71580" w:rsidP="00A71580">
            <w:r>
              <w:t>Wednesday</w:t>
            </w:r>
          </w:p>
        </w:tc>
        <w:tc>
          <w:tcPr>
            <w:tcW w:w="872" w:type="dxa"/>
          </w:tcPr>
          <w:p w14:paraId="7BB42BB7" w14:textId="77777777" w:rsidR="00A71580" w:rsidRDefault="00A71580" w:rsidP="00A71580"/>
        </w:tc>
        <w:tc>
          <w:tcPr>
            <w:tcW w:w="902" w:type="dxa"/>
          </w:tcPr>
          <w:p w14:paraId="49FE0098" w14:textId="77777777" w:rsidR="00A71580" w:rsidRDefault="00A71580" w:rsidP="00A71580"/>
        </w:tc>
        <w:tc>
          <w:tcPr>
            <w:tcW w:w="927" w:type="dxa"/>
          </w:tcPr>
          <w:p w14:paraId="3069ABD9" w14:textId="77777777" w:rsidR="00A71580" w:rsidRDefault="00A71580" w:rsidP="00A71580"/>
        </w:tc>
        <w:tc>
          <w:tcPr>
            <w:tcW w:w="1008" w:type="dxa"/>
          </w:tcPr>
          <w:p w14:paraId="60F27B7F" w14:textId="77777777" w:rsidR="00A71580" w:rsidRDefault="00A71580" w:rsidP="00A71580"/>
        </w:tc>
        <w:tc>
          <w:tcPr>
            <w:tcW w:w="1210" w:type="dxa"/>
          </w:tcPr>
          <w:p w14:paraId="5178A4E8" w14:textId="77777777" w:rsidR="00A71580" w:rsidRDefault="00A71580" w:rsidP="00A71580"/>
        </w:tc>
      </w:tr>
      <w:tr w:rsidR="00A71580" w14:paraId="16DB6E91" w14:textId="77777777" w:rsidTr="00A71580">
        <w:tc>
          <w:tcPr>
            <w:tcW w:w="1313" w:type="dxa"/>
          </w:tcPr>
          <w:p w14:paraId="2DCCCD8A" w14:textId="77777777" w:rsidR="00A71580" w:rsidRDefault="00A71580" w:rsidP="00A71580">
            <w:r>
              <w:t>Thursday</w:t>
            </w:r>
          </w:p>
        </w:tc>
        <w:tc>
          <w:tcPr>
            <w:tcW w:w="872" w:type="dxa"/>
          </w:tcPr>
          <w:p w14:paraId="24F603E5" w14:textId="77777777" w:rsidR="00A71580" w:rsidRDefault="00A71580" w:rsidP="00A71580"/>
        </w:tc>
        <w:tc>
          <w:tcPr>
            <w:tcW w:w="902" w:type="dxa"/>
          </w:tcPr>
          <w:p w14:paraId="0D003D17" w14:textId="77777777" w:rsidR="00A71580" w:rsidRDefault="00A71580" w:rsidP="00A71580"/>
        </w:tc>
        <w:tc>
          <w:tcPr>
            <w:tcW w:w="927" w:type="dxa"/>
          </w:tcPr>
          <w:p w14:paraId="5D34471D" w14:textId="77777777" w:rsidR="00A71580" w:rsidRDefault="00A71580" w:rsidP="00A71580"/>
        </w:tc>
        <w:tc>
          <w:tcPr>
            <w:tcW w:w="1008" w:type="dxa"/>
          </w:tcPr>
          <w:p w14:paraId="3999005F" w14:textId="77777777" w:rsidR="00A71580" w:rsidRDefault="00A71580" w:rsidP="00A71580"/>
        </w:tc>
        <w:tc>
          <w:tcPr>
            <w:tcW w:w="1210" w:type="dxa"/>
          </w:tcPr>
          <w:p w14:paraId="3DB01860" w14:textId="77777777" w:rsidR="00A71580" w:rsidRDefault="00A71580" w:rsidP="00A71580"/>
        </w:tc>
      </w:tr>
      <w:tr w:rsidR="00A71580" w14:paraId="2EA9AD87" w14:textId="77777777" w:rsidTr="00A71580">
        <w:tc>
          <w:tcPr>
            <w:tcW w:w="1313" w:type="dxa"/>
          </w:tcPr>
          <w:p w14:paraId="7B2D6A11" w14:textId="77777777" w:rsidR="00A71580" w:rsidRDefault="00A71580" w:rsidP="00A71580">
            <w:r>
              <w:t>Friday</w:t>
            </w:r>
          </w:p>
        </w:tc>
        <w:tc>
          <w:tcPr>
            <w:tcW w:w="872" w:type="dxa"/>
          </w:tcPr>
          <w:p w14:paraId="184B13A0" w14:textId="77777777" w:rsidR="00A71580" w:rsidRDefault="00A71580" w:rsidP="00A71580"/>
        </w:tc>
        <w:tc>
          <w:tcPr>
            <w:tcW w:w="902" w:type="dxa"/>
          </w:tcPr>
          <w:p w14:paraId="133CA7EF" w14:textId="77777777" w:rsidR="00A71580" w:rsidRDefault="00A71580" w:rsidP="00A71580"/>
        </w:tc>
        <w:tc>
          <w:tcPr>
            <w:tcW w:w="927" w:type="dxa"/>
          </w:tcPr>
          <w:p w14:paraId="19034841" w14:textId="77777777" w:rsidR="00A71580" w:rsidRDefault="00A71580" w:rsidP="00A71580"/>
        </w:tc>
        <w:tc>
          <w:tcPr>
            <w:tcW w:w="1008" w:type="dxa"/>
          </w:tcPr>
          <w:p w14:paraId="2DF7A395" w14:textId="77777777" w:rsidR="00A71580" w:rsidRDefault="00A71580" w:rsidP="00A71580"/>
        </w:tc>
        <w:tc>
          <w:tcPr>
            <w:tcW w:w="1210" w:type="dxa"/>
          </w:tcPr>
          <w:p w14:paraId="104B46ED" w14:textId="77777777" w:rsidR="00A71580" w:rsidRDefault="00A71580" w:rsidP="00A71580"/>
        </w:tc>
      </w:tr>
      <w:tr w:rsidR="00A71580" w14:paraId="2B814779" w14:textId="77777777" w:rsidTr="00A71580">
        <w:tc>
          <w:tcPr>
            <w:tcW w:w="1313" w:type="dxa"/>
          </w:tcPr>
          <w:p w14:paraId="3E72E138" w14:textId="77777777" w:rsidR="00A71580" w:rsidRDefault="00A71580" w:rsidP="00A71580">
            <w:r>
              <w:t>Saturday</w:t>
            </w:r>
          </w:p>
        </w:tc>
        <w:tc>
          <w:tcPr>
            <w:tcW w:w="872" w:type="dxa"/>
          </w:tcPr>
          <w:p w14:paraId="5836FEA1" w14:textId="77777777" w:rsidR="00A71580" w:rsidRDefault="00A71580" w:rsidP="00A71580"/>
        </w:tc>
        <w:tc>
          <w:tcPr>
            <w:tcW w:w="902" w:type="dxa"/>
          </w:tcPr>
          <w:p w14:paraId="50D345CC" w14:textId="77777777" w:rsidR="00A71580" w:rsidRDefault="00A71580" w:rsidP="00A71580"/>
        </w:tc>
        <w:tc>
          <w:tcPr>
            <w:tcW w:w="927" w:type="dxa"/>
          </w:tcPr>
          <w:p w14:paraId="54297EBF" w14:textId="77777777" w:rsidR="00A71580" w:rsidRDefault="00A71580" w:rsidP="00A71580"/>
        </w:tc>
        <w:tc>
          <w:tcPr>
            <w:tcW w:w="1008" w:type="dxa"/>
          </w:tcPr>
          <w:p w14:paraId="56F044D8" w14:textId="77777777" w:rsidR="00A71580" w:rsidRDefault="00A71580" w:rsidP="00A71580"/>
        </w:tc>
        <w:tc>
          <w:tcPr>
            <w:tcW w:w="1210" w:type="dxa"/>
          </w:tcPr>
          <w:p w14:paraId="5A8DFC0B" w14:textId="77777777" w:rsidR="00A71580" w:rsidRDefault="00A71580" w:rsidP="00A71580"/>
        </w:tc>
      </w:tr>
      <w:tr w:rsidR="00A71580" w14:paraId="14DF4E54" w14:textId="77777777" w:rsidTr="00A71580">
        <w:tc>
          <w:tcPr>
            <w:tcW w:w="1313" w:type="dxa"/>
          </w:tcPr>
          <w:p w14:paraId="199FC7B3" w14:textId="77777777" w:rsidR="00A71580" w:rsidRDefault="00A71580" w:rsidP="00A71580">
            <w:r>
              <w:t>Sunday</w:t>
            </w:r>
          </w:p>
        </w:tc>
        <w:tc>
          <w:tcPr>
            <w:tcW w:w="872" w:type="dxa"/>
          </w:tcPr>
          <w:p w14:paraId="21BCD03B" w14:textId="77777777" w:rsidR="00A71580" w:rsidRDefault="00A71580" w:rsidP="00A71580"/>
        </w:tc>
        <w:tc>
          <w:tcPr>
            <w:tcW w:w="902" w:type="dxa"/>
          </w:tcPr>
          <w:p w14:paraId="638D35BB" w14:textId="77777777" w:rsidR="00A71580" w:rsidRDefault="00A71580" w:rsidP="00A71580"/>
        </w:tc>
        <w:tc>
          <w:tcPr>
            <w:tcW w:w="927" w:type="dxa"/>
          </w:tcPr>
          <w:p w14:paraId="3B534005" w14:textId="77777777" w:rsidR="00A71580" w:rsidRDefault="00A71580" w:rsidP="00A71580"/>
        </w:tc>
        <w:tc>
          <w:tcPr>
            <w:tcW w:w="1008" w:type="dxa"/>
          </w:tcPr>
          <w:p w14:paraId="03CBC7AD" w14:textId="77777777" w:rsidR="00A71580" w:rsidRDefault="00A71580" w:rsidP="00A71580"/>
        </w:tc>
        <w:tc>
          <w:tcPr>
            <w:tcW w:w="1210" w:type="dxa"/>
          </w:tcPr>
          <w:p w14:paraId="3BB7F2BE" w14:textId="77777777" w:rsidR="00A71580" w:rsidRDefault="00A71580" w:rsidP="00A71580"/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3"/>
        <w:gridCol w:w="872"/>
        <w:gridCol w:w="902"/>
        <w:gridCol w:w="927"/>
        <w:gridCol w:w="1008"/>
        <w:gridCol w:w="1210"/>
      </w:tblGrid>
      <w:tr w:rsidR="00A71580" w14:paraId="08BC674C" w14:textId="77777777" w:rsidTr="00A71580">
        <w:trPr>
          <w:trHeight w:val="231"/>
        </w:trPr>
        <w:tc>
          <w:tcPr>
            <w:tcW w:w="1313" w:type="dxa"/>
            <w:shd w:val="clear" w:color="auto" w:fill="378E86"/>
          </w:tcPr>
          <w:p w14:paraId="6C348873" w14:textId="77777777" w:rsidR="00A71580" w:rsidRDefault="00A71580" w:rsidP="003B62A5">
            <w:r>
              <w:t>Day</w:t>
            </w:r>
          </w:p>
        </w:tc>
        <w:tc>
          <w:tcPr>
            <w:tcW w:w="872" w:type="dxa"/>
            <w:shd w:val="clear" w:color="auto" w:fill="378E86"/>
          </w:tcPr>
          <w:p w14:paraId="36639AB1" w14:textId="77777777" w:rsidR="00A71580" w:rsidRDefault="00A71580" w:rsidP="003B62A5">
            <w:r>
              <w:t>Date</w:t>
            </w:r>
          </w:p>
        </w:tc>
        <w:tc>
          <w:tcPr>
            <w:tcW w:w="902" w:type="dxa"/>
            <w:shd w:val="clear" w:color="auto" w:fill="378E86"/>
          </w:tcPr>
          <w:p w14:paraId="263235F8" w14:textId="77777777" w:rsidR="00A71580" w:rsidRDefault="00A71580" w:rsidP="003B62A5">
            <w:r>
              <w:t>Start</w:t>
            </w:r>
          </w:p>
        </w:tc>
        <w:tc>
          <w:tcPr>
            <w:tcW w:w="927" w:type="dxa"/>
            <w:shd w:val="clear" w:color="auto" w:fill="378E86"/>
          </w:tcPr>
          <w:p w14:paraId="6F4D3160" w14:textId="77777777" w:rsidR="00A71580" w:rsidRDefault="00A71580" w:rsidP="003B62A5">
            <w:r>
              <w:t>Finish</w:t>
            </w:r>
          </w:p>
        </w:tc>
        <w:tc>
          <w:tcPr>
            <w:tcW w:w="1008" w:type="dxa"/>
            <w:shd w:val="clear" w:color="auto" w:fill="378E86"/>
          </w:tcPr>
          <w:p w14:paraId="7F6C183F" w14:textId="77777777" w:rsidR="00A71580" w:rsidRDefault="00A71580" w:rsidP="003B62A5">
            <w:r>
              <w:t>Break</w:t>
            </w:r>
          </w:p>
        </w:tc>
        <w:tc>
          <w:tcPr>
            <w:tcW w:w="1210" w:type="dxa"/>
            <w:shd w:val="clear" w:color="auto" w:fill="378E86"/>
          </w:tcPr>
          <w:p w14:paraId="70EB2A23" w14:textId="77777777" w:rsidR="00A71580" w:rsidRDefault="00A71580" w:rsidP="003B62A5">
            <w:r>
              <w:t xml:space="preserve">Total </w:t>
            </w:r>
            <w:proofErr w:type="spellStart"/>
            <w:r>
              <w:t>Hrs</w:t>
            </w:r>
            <w:proofErr w:type="spellEnd"/>
          </w:p>
        </w:tc>
      </w:tr>
      <w:tr w:rsidR="00A71580" w14:paraId="09D30224" w14:textId="77777777" w:rsidTr="00A71580">
        <w:tc>
          <w:tcPr>
            <w:tcW w:w="1313" w:type="dxa"/>
          </w:tcPr>
          <w:p w14:paraId="3ED37559" w14:textId="2560C34B" w:rsidR="00A71580" w:rsidRDefault="00A71580" w:rsidP="003B62A5">
            <w:r>
              <w:t>Monday</w:t>
            </w:r>
          </w:p>
        </w:tc>
        <w:tc>
          <w:tcPr>
            <w:tcW w:w="872" w:type="dxa"/>
          </w:tcPr>
          <w:p w14:paraId="5149ADA6" w14:textId="77777777" w:rsidR="00A71580" w:rsidRDefault="00A71580" w:rsidP="003B62A5"/>
        </w:tc>
        <w:tc>
          <w:tcPr>
            <w:tcW w:w="902" w:type="dxa"/>
          </w:tcPr>
          <w:p w14:paraId="12979CBD" w14:textId="4CF73688" w:rsidR="00A71580" w:rsidRDefault="00A71580" w:rsidP="003B62A5"/>
        </w:tc>
        <w:tc>
          <w:tcPr>
            <w:tcW w:w="927" w:type="dxa"/>
          </w:tcPr>
          <w:p w14:paraId="5D64B38F" w14:textId="77777777" w:rsidR="00A71580" w:rsidRDefault="00A71580" w:rsidP="003B62A5"/>
        </w:tc>
        <w:tc>
          <w:tcPr>
            <w:tcW w:w="1008" w:type="dxa"/>
          </w:tcPr>
          <w:p w14:paraId="7B4957ED" w14:textId="77777777" w:rsidR="00A71580" w:rsidRDefault="00A71580" w:rsidP="003B62A5"/>
        </w:tc>
        <w:tc>
          <w:tcPr>
            <w:tcW w:w="1210" w:type="dxa"/>
          </w:tcPr>
          <w:p w14:paraId="47BF1D47" w14:textId="77777777" w:rsidR="00A71580" w:rsidRDefault="00A71580" w:rsidP="003B62A5"/>
        </w:tc>
      </w:tr>
      <w:tr w:rsidR="00A71580" w14:paraId="794006AD" w14:textId="77777777" w:rsidTr="00A71580">
        <w:tc>
          <w:tcPr>
            <w:tcW w:w="1313" w:type="dxa"/>
          </w:tcPr>
          <w:p w14:paraId="7F05CE48" w14:textId="77777777" w:rsidR="00A71580" w:rsidRDefault="00A71580" w:rsidP="003B62A5">
            <w:r>
              <w:t>Tuesday</w:t>
            </w:r>
          </w:p>
        </w:tc>
        <w:tc>
          <w:tcPr>
            <w:tcW w:w="872" w:type="dxa"/>
          </w:tcPr>
          <w:p w14:paraId="1CC78AA2" w14:textId="77777777" w:rsidR="00A71580" w:rsidRDefault="00A71580" w:rsidP="003B62A5"/>
        </w:tc>
        <w:tc>
          <w:tcPr>
            <w:tcW w:w="902" w:type="dxa"/>
          </w:tcPr>
          <w:p w14:paraId="2E1E20AD" w14:textId="77777777" w:rsidR="00A71580" w:rsidRDefault="00A71580" w:rsidP="003B62A5"/>
        </w:tc>
        <w:tc>
          <w:tcPr>
            <w:tcW w:w="927" w:type="dxa"/>
          </w:tcPr>
          <w:p w14:paraId="54D84CB0" w14:textId="77777777" w:rsidR="00A71580" w:rsidRDefault="00A71580" w:rsidP="003B62A5"/>
        </w:tc>
        <w:tc>
          <w:tcPr>
            <w:tcW w:w="1008" w:type="dxa"/>
          </w:tcPr>
          <w:p w14:paraId="0902CC7D" w14:textId="77777777" w:rsidR="00A71580" w:rsidRDefault="00A71580" w:rsidP="003B62A5"/>
        </w:tc>
        <w:tc>
          <w:tcPr>
            <w:tcW w:w="1210" w:type="dxa"/>
          </w:tcPr>
          <w:p w14:paraId="4B6B9500" w14:textId="77777777" w:rsidR="00A71580" w:rsidRDefault="00A71580" w:rsidP="003B62A5"/>
        </w:tc>
      </w:tr>
      <w:tr w:rsidR="00A71580" w14:paraId="38C4D3E5" w14:textId="77777777" w:rsidTr="00A71580">
        <w:tc>
          <w:tcPr>
            <w:tcW w:w="1313" w:type="dxa"/>
          </w:tcPr>
          <w:p w14:paraId="284D0758" w14:textId="77777777" w:rsidR="00A71580" w:rsidRDefault="00A71580" w:rsidP="003B62A5">
            <w:r>
              <w:t>Wednesday</w:t>
            </w:r>
          </w:p>
        </w:tc>
        <w:tc>
          <w:tcPr>
            <w:tcW w:w="872" w:type="dxa"/>
          </w:tcPr>
          <w:p w14:paraId="2E1F9569" w14:textId="77777777" w:rsidR="00A71580" w:rsidRDefault="00A71580" w:rsidP="003B62A5"/>
        </w:tc>
        <w:tc>
          <w:tcPr>
            <w:tcW w:w="902" w:type="dxa"/>
          </w:tcPr>
          <w:p w14:paraId="0CB399D7" w14:textId="77777777" w:rsidR="00A71580" w:rsidRDefault="00A71580" w:rsidP="003B62A5"/>
        </w:tc>
        <w:tc>
          <w:tcPr>
            <w:tcW w:w="927" w:type="dxa"/>
          </w:tcPr>
          <w:p w14:paraId="61218586" w14:textId="77777777" w:rsidR="00A71580" w:rsidRDefault="00A71580" w:rsidP="003B62A5"/>
        </w:tc>
        <w:tc>
          <w:tcPr>
            <w:tcW w:w="1008" w:type="dxa"/>
          </w:tcPr>
          <w:p w14:paraId="5E0C5D44" w14:textId="77777777" w:rsidR="00A71580" w:rsidRDefault="00A71580" w:rsidP="003B62A5"/>
        </w:tc>
        <w:tc>
          <w:tcPr>
            <w:tcW w:w="1210" w:type="dxa"/>
          </w:tcPr>
          <w:p w14:paraId="1B62CFA6" w14:textId="77777777" w:rsidR="00A71580" w:rsidRDefault="00A71580" w:rsidP="003B62A5"/>
        </w:tc>
      </w:tr>
      <w:tr w:rsidR="00A71580" w14:paraId="7723695A" w14:textId="77777777" w:rsidTr="00A71580">
        <w:tc>
          <w:tcPr>
            <w:tcW w:w="1313" w:type="dxa"/>
          </w:tcPr>
          <w:p w14:paraId="7201C1B1" w14:textId="77777777" w:rsidR="00A71580" w:rsidRDefault="00A71580" w:rsidP="003B62A5">
            <w:r>
              <w:t>Thursday</w:t>
            </w:r>
          </w:p>
        </w:tc>
        <w:tc>
          <w:tcPr>
            <w:tcW w:w="872" w:type="dxa"/>
          </w:tcPr>
          <w:p w14:paraId="4870AAC5" w14:textId="77777777" w:rsidR="00A71580" w:rsidRDefault="00A71580" w:rsidP="003B62A5"/>
        </w:tc>
        <w:tc>
          <w:tcPr>
            <w:tcW w:w="902" w:type="dxa"/>
          </w:tcPr>
          <w:p w14:paraId="255430FE" w14:textId="77777777" w:rsidR="00A71580" w:rsidRDefault="00A71580" w:rsidP="003B62A5"/>
        </w:tc>
        <w:tc>
          <w:tcPr>
            <w:tcW w:w="927" w:type="dxa"/>
          </w:tcPr>
          <w:p w14:paraId="29E8498E" w14:textId="77777777" w:rsidR="00A71580" w:rsidRDefault="00A71580" w:rsidP="003B62A5"/>
        </w:tc>
        <w:tc>
          <w:tcPr>
            <w:tcW w:w="1008" w:type="dxa"/>
          </w:tcPr>
          <w:p w14:paraId="4F5A98CA" w14:textId="77777777" w:rsidR="00A71580" w:rsidRDefault="00A71580" w:rsidP="003B62A5"/>
        </w:tc>
        <w:tc>
          <w:tcPr>
            <w:tcW w:w="1210" w:type="dxa"/>
          </w:tcPr>
          <w:p w14:paraId="61A44CCE" w14:textId="77777777" w:rsidR="00A71580" w:rsidRDefault="00A71580" w:rsidP="003B62A5"/>
        </w:tc>
      </w:tr>
      <w:tr w:rsidR="00A71580" w14:paraId="102A7731" w14:textId="77777777" w:rsidTr="00A71580">
        <w:tc>
          <w:tcPr>
            <w:tcW w:w="1313" w:type="dxa"/>
          </w:tcPr>
          <w:p w14:paraId="248D9ED4" w14:textId="77777777" w:rsidR="00A71580" w:rsidRDefault="00A71580" w:rsidP="003B62A5">
            <w:r>
              <w:t>Friday</w:t>
            </w:r>
          </w:p>
        </w:tc>
        <w:tc>
          <w:tcPr>
            <w:tcW w:w="872" w:type="dxa"/>
          </w:tcPr>
          <w:p w14:paraId="6812EBAD" w14:textId="77777777" w:rsidR="00A71580" w:rsidRDefault="00A71580" w:rsidP="003B62A5"/>
        </w:tc>
        <w:tc>
          <w:tcPr>
            <w:tcW w:w="902" w:type="dxa"/>
          </w:tcPr>
          <w:p w14:paraId="38E842AF" w14:textId="77777777" w:rsidR="00A71580" w:rsidRDefault="00A71580" w:rsidP="003B62A5"/>
        </w:tc>
        <w:tc>
          <w:tcPr>
            <w:tcW w:w="927" w:type="dxa"/>
          </w:tcPr>
          <w:p w14:paraId="4153108F" w14:textId="77777777" w:rsidR="00A71580" w:rsidRDefault="00A71580" w:rsidP="003B62A5"/>
        </w:tc>
        <w:tc>
          <w:tcPr>
            <w:tcW w:w="1008" w:type="dxa"/>
          </w:tcPr>
          <w:p w14:paraId="2AAF27C0" w14:textId="77777777" w:rsidR="00A71580" w:rsidRDefault="00A71580" w:rsidP="003B62A5"/>
        </w:tc>
        <w:tc>
          <w:tcPr>
            <w:tcW w:w="1210" w:type="dxa"/>
          </w:tcPr>
          <w:p w14:paraId="1C94B683" w14:textId="77777777" w:rsidR="00A71580" w:rsidRDefault="00A71580" w:rsidP="003B62A5"/>
        </w:tc>
      </w:tr>
      <w:tr w:rsidR="00A71580" w14:paraId="28CC0393" w14:textId="77777777" w:rsidTr="00A71580">
        <w:tc>
          <w:tcPr>
            <w:tcW w:w="1313" w:type="dxa"/>
          </w:tcPr>
          <w:p w14:paraId="482B3DBC" w14:textId="77777777" w:rsidR="00A71580" w:rsidRDefault="00A71580" w:rsidP="003B62A5">
            <w:r>
              <w:t>Saturday</w:t>
            </w:r>
          </w:p>
        </w:tc>
        <w:tc>
          <w:tcPr>
            <w:tcW w:w="872" w:type="dxa"/>
          </w:tcPr>
          <w:p w14:paraId="3DEC3235" w14:textId="77777777" w:rsidR="00A71580" w:rsidRDefault="00A71580" w:rsidP="003B62A5"/>
        </w:tc>
        <w:tc>
          <w:tcPr>
            <w:tcW w:w="902" w:type="dxa"/>
          </w:tcPr>
          <w:p w14:paraId="294EFE16" w14:textId="77777777" w:rsidR="00A71580" w:rsidRDefault="00A71580" w:rsidP="003B62A5"/>
        </w:tc>
        <w:tc>
          <w:tcPr>
            <w:tcW w:w="927" w:type="dxa"/>
          </w:tcPr>
          <w:p w14:paraId="56765BDF" w14:textId="77777777" w:rsidR="00A71580" w:rsidRDefault="00A71580" w:rsidP="003B62A5"/>
        </w:tc>
        <w:tc>
          <w:tcPr>
            <w:tcW w:w="1008" w:type="dxa"/>
          </w:tcPr>
          <w:p w14:paraId="15AF579A" w14:textId="77777777" w:rsidR="00A71580" w:rsidRDefault="00A71580" w:rsidP="003B62A5"/>
        </w:tc>
        <w:tc>
          <w:tcPr>
            <w:tcW w:w="1210" w:type="dxa"/>
          </w:tcPr>
          <w:p w14:paraId="02C05D68" w14:textId="77777777" w:rsidR="00A71580" w:rsidRDefault="00A71580" w:rsidP="003B62A5"/>
        </w:tc>
      </w:tr>
      <w:tr w:rsidR="00A71580" w14:paraId="7862DE99" w14:textId="77777777" w:rsidTr="00A71580">
        <w:tc>
          <w:tcPr>
            <w:tcW w:w="1313" w:type="dxa"/>
          </w:tcPr>
          <w:p w14:paraId="35B1D900" w14:textId="77777777" w:rsidR="00A71580" w:rsidRDefault="00A71580" w:rsidP="003B62A5">
            <w:r>
              <w:t>Sunday</w:t>
            </w:r>
          </w:p>
        </w:tc>
        <w:tc>
          <w:tcPr>
            <w:tcW w:w="872" w:type="dxa"/>
          </w:tcPr>
          <w:p w14:paraId="02DEA122" w14:textId="77777777" w:rsidR="00A71580" w:rsidRDefault="00A71580" w:rsidP="003B62A5"/>
        </w:tc>
        <w:tc>
          <w:tcPr>
            <w:tcW w:w="902" w:type="dxa"/>
          </w:tcPr>
          <w:p w14:paraId="31D83772" w14:textId="77777777" w:rsidR="00A71580" w:rsidRDefault="00A71580" w:rsidP="003B62A5"/>
        </w:tc>
        <w:tc>
          <w:tcPr>
            <w:tcW w:w="927" w:type="dxa"/>
          </w:tcPr>
          <w:p w14:paraId="4ED3DCB1" w14:textId="77777777" w:rsidR="00A71580" w:rsidRDefault="00A71580" w:rsidP="003B62A5"/>
        </w:tc>
        <w:tc>
          <w:tcPr>
            <w:tcW w:w="1008" w:type="dxa"/>
          </w:tcPr>
          <w:p w14:paraId="30C65FB3" w14:textId="77777777" w:rsidR="00A71580" w:rsidRDefault="00A71580" w:rsidP="003B62A5"/>
        </w:tc>
        <w:tc>
          <w:tcPr>
            <w:tcW w:w="1210" w:type="dxa"/>
          </w:tcPr>
          <w:p w14:paraId="455210FF" w14:textId="77777777" w:rsidR="00A71580" w:rsidRDefault="00A71580" w:rsidP="003B62A5"/>
        </w:tc>
      </w:tr>
    </w:tbl>
    <w:p w14:paraId="29895002" w14:textId="77777777" w:rsidR="0035643F" w:rsidRDefault="0035643F" w:rsidP="00A71580">
      <w:pPr>
        <w:spacing w:after="0"/>
        <w:rPr>
          <w:b/>
        </w:rPr>
      </w:pPr>
    </w:p>
    <w:p w14:paraId="75651D7D" w14:textId="66CFADDB" w:rsidR="00361753" w:rsidRDefault="001A61E1" w:rsidP="00A71580">
      <w:pPr>
        <w:spacing w:after="0"/>
      </w:pPr>
      <w:r w:rsidRPr="0035643F">
        <w:rPr>
          <w:b/>
          <w:sz w:val="20"/>
          <w:szCs w:val="20"/>
        </w:rPr>
        <w:t xml:space="preserve">Hospital Induction: Yes </w:t>
      </w:r>
      <w:sdt>
        <w:sdtPr>
          <w:rPr>
            <w:b/>
            <w:sz w:val="20"/>
            <w:szCs w:val="20"/>
          </w:rPr>
          <w:id w:val="-1206319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753" w:rsidRPr="0035643F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Pr="0035643F">
        <w:rPr>
          <w:b/>
          <w:sz w:val="20"/>
          <w:szCs w:val="20"/>
        </w:rPr>
        <w:t xml:space="preserve"> No </w:t>
      </w:r>
      <w:sdt>
        <w:sdtPr>
          <w:rPr>
            <w:b/>
            <w:sz w:val="20"/>
            <w:szCs w:val="20"/>
          </w:rPr>
          <w:id w:val="2133745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753" w:rsidRPr="0035643F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Pr="0035643F">
        <w:rPr>
          <w:b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7"/>
        <w:gridCol w:w="5037"/>
        <w:gridCol w:w="5036"/>
      </w:tblGrid>
      <w:tr w:rsidR="00361753" w14:paraId="391B9722" w14:textId="77777777" w:rsidTr="00361753">
        <w:tc>
          <w:tcPr>
            <w:tcW w:w="5112" w:type="dxa"/>
          </w:tcPr>
          <w:p w14:paraId="73F52FE9" w14:textId="67959FFB" w:rsidR="00361753" w:rsidRDefault="00361753">
            <w:r>
              <w:t xml:space="preserve">Total Basic Hours:    </w:t>
            </w:r>
          </w:p>
        </w:tc>
        <w:tc>
          <w:tcPr>
            <w:tcW w:w="5112" w:type="dxa"/>
          </w:tcPr>
          <w:p w14:paraId="203BEABE" w14:textId="739E04D1" w:rsidR="00361753" w:rsidRDefault="00361753">
            <w:r>
              <w:t xml:space="preserve">Total On Call Hours:   </w:t>
            </w:r>
          </w:p>
        </w:tc>
        <w:tc>
          <w:tcPr>
            <w:tcW w:w="5112" w:type="dxa"/>
          </w:tcPr>
          <w:p w14:paraId="35A9407C" w14:textId="60CEEE97" w:rsidR="00361753" w:rsidRDefault="00361753">
            <w:r>
              <w:t>Total Hours To Be Paid:</w:t>
            </w:r>
          </w:p>
        </w:tc>
      </w:tr>
    </w:tbl>
    <w:tbl>
      <w:tblPr>
        <w:tblStyle w:val="TableGrid"/>
        <w:tblpPr w:leftFromText="180" w:rightFromText="180" w:vertAnchor="text" w:horzAnchor="margin" w:tblpY="83"/>
        <w:tblW w:w="0" w:type="auto"/>
        <w:tblLook w:val="04A0" w:firstRow="1" w:lastRow="0" w:firstColumn="1" w:lastColumn="0" w:noHBand="0" w:noVBand="1"/>
      </w:tblPr>
      <w:tblGrid>
        <w:gridCol w:w="3900"/>
        <w:gridCol w:w="3899"/>
        <w:gridCol w:w="3655"/>
        <w:gridCol w:w="3656"/>
      </w:tblGrid>
      <w:tr w:rsidR="00F341BC" w14:paraId="0566DEF6" w14:textId="77777777" w:rsidTr="00F3164A">
        <w:trPr>
          <w:trHeight w:val="1692"/>
        </w:trPr>
        <w:tc>
          <w:tcPr>
            <w:tcW w:w="7810" w:type="dxa"/>
            <w:gridSpan w:val="2"/>
          </w:tcPr>
          <w:p w14:paraId="347752A7" w14:textId="77777777" w:rsidR="00F341BC" w:rsidRPr="00361753" w:rsidRDefault="00F341BC" w:rsidP="00F341BC">
            <w:pPr>
              <w:pStyle w:val="BodyText"/>
              <w:spacing w:before="70"/>
              <w:ind w:left="108"/>
              <w:rPr>
                <w:sz w:val="16"/>
                <w:szCs w:val="16"/>
              </w:rPr>
            </w:pPr>
            <w:r w:rsidRPr="00361753">
              <w:rPr>
                <w:sz w:val="16"/>
                <w:szCs w:val="16"/>
              </w:rPr>
              <w:t>LOCUM DECLARATION</w:t>
            </w:r>
            <w:r w:rsidRPr="00361753">
              <w:rPr>
                <w:sz w:val="16"/>
                <w:szCs w:val="16"/>
              </w:rPr>
              <w:br/>
            </w:r>
            <w:r w:rsidRPr="00361753">
              <w:rPr>
                <w:color w:val="231F20"/>
                <w:sz w:val="16"/>
                <w:szCs w:val="16"/>
              </w:rPr>
              <w:t>I</w:t>
            </w:r>
            <w:r w:rsidRPr="00361753"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declare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that</w:t>
            </w:r>
            <w:r w:rsidRPr="00361753"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the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information</w:t>
            </w:r>
            <w:r w:rsidRPr="00361753"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I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have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given</w:t>
            </w:r>
            <w:r w:rsidRPr="00361753"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on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this</w:t>
            </w:r>
            <w:r w:rsidRPr="00361753"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form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is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correct</w:t>
            </w:r>
            <w:r w:rsidRPr="00361753"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and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complete</w:t>
            </w:r>
            <w:r w:rsidRPr="00361753"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and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that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I</w:t>
            </w:r>
            <w:r w:rsidRPr="00361753"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have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not</w:t>
            </w:r>
            <w:r w:rsidRPr="00361753"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claimed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elsewhere</w:t>
            </w:r>
            <w:r w:rsidRPr="00361753"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for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the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hours/shifts</w:t>
            </w:r>
            <w:r w:rsidRPr="00361753"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detailed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on</w:t>
            </w:r>
            <w:r w:rsidRPr="00361753"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this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>timesheet.</w:t>
            </w:r>
          </w:p>
          <w:p w14:paraId="0CF79EF0" w14:textId="13F50F84" w:rsidR="00F341BC" w:rsidRPr="00F341BC" w:rsidRDefault="00F341BC" w:rsidP="00F341BC">
            <w:pPr>
              <w:pStyle w:val="BodyText"/>
              <w:spacing w:before="31" w:line="288" w:lineRule="auto"/>
              <w:ind w:left="108" w:right="34"/>
              <w:rPr>
                <w:sz w:val="16"/>
                <w:szCs w:val="16"/>
              </w:rPr>
            </w:pPr>
            <w:r w:rsidRPr="00361753">
              <w:rPr>
                <w:color w:val="231F20"/>
                <w:sz w:val="16"/>
                <w:szCs w:val="16"/>
              </w:rPr>
              <w:t>I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understand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that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if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I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knowingly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provide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false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information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this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may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result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in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disciplinary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action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and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I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may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be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liable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to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prosecution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and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civil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recovery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proceedings.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I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consent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to</w:t>
            </w:r>
            <w:r w:rsidRPr="00361753"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the</w:t>
            </w:r>
            <w:r w:rsidRPr="00361753">
              <w:rPr>
                <w:color w:val="231F20"/>
                <w:spacing w:val="40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disclosure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of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information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from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this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form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to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and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by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the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NHS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body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and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the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NHS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CFSMS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for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the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purpose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of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361753">
              <w:rPr>
                <w:color w:val="231F20"/>
                <w:sz w:val="16"/>
                <w:szCs w:val="16"/>
              </w:rPr>
              <w:t>verification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of</w:t>
            </w:r>
            <w:proofErr w:type="gramEnd"/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this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claim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and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the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investigation,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prevention,</w:t>
            </w:r>
            <w:r w:rsidRPr="00361753"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detection</w:t>
            </w:r>
            <w:r w:rsidRPr="00361753">
              <w:rPr>
                <w:color w:val="231F20"/>
                <w:spacing w:val="40"/>
                <w:sz w:val="16"/>
                <w:szCs w:val="16"/>
              </w:rPr>
              <w:t xml:space="preserve"> </w:t>
            </w:r>
            <w:r w:rsidRPr="00361753">
              <w:rPr>
                <w:color w:val="231F20"/>
                <w:sz w:val="16"/>
                <w:szCs w:val="16"/>
              </w:rPr>
              <w:t>and prosecution of fraud.</w:t>
            </w:r>
          </w:p>
        </w:tc>
        <w:tc>
          <w:tcPr>
            <w:tcW w:w="7321" w:type="dxa"/>
            <w:gridSpan w:val="2"/>
          </w:tcPr>
          <w:p w14:paraId="419B7F13" w14:textId="526AECE0" w:rsidR="00F341BC" w:rsidRPr="00F341BC" w:rsidRDefault="00F341BC" w:rsidP="00F3164A">
            <w:pPr>
              <w:pStyle w:val="BodyText"/>
              <w:spacing w:before="108" w:line="288" w:lineRule="auto"/>
              <w:ind w:left="193" w:right="467"/>
              <w:rPr>
                <w:sz w:val="14"/>
                <w:szCs w:val="14"/>
              </w:rPr>
            </w:pPr>
            <w:r w:rsidRPr="00361753">
              <w:rPr>
                <w:sz w:val="14"/>
                <w:szCs w:val="14"/>
              </w:rPr>
              <w:t>CLIENT AUTHORISATION</w:t>
            </w:r>
            <w:r w:rsidRPr="00361753">
              <w:rPr>
                <w:sz w:val="14"/>
                <w:szCs w:val="14"/>
              </w:rPr>
              <w:br/>
            </w:r>
            <w:r w:rsidRPr="00361753">
              <w:rPr>
                <w:color w:val="231F20"/>
                <w:sz w:val="14"/>
                <w:szCs w:val="14"/>
              </w:rPr>
              <w:t>I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am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an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authorised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signatory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for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my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ward/department/NHS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body.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I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am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signing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to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confirm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that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the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Job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Profile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Title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and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Band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of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Locum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Doctor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and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the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hours/shift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that</w:t>
            </w:r>
            <w:r w:rsidRPr="00361753">
              <w:rPr>
                <w:color w:val="231F20"/>
                <w:spacing w:val="-2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I</w:t>
            </w:r>
            <w:r w:rsidRPr="00361753">
              <w:rPr>
                <w:color w:val="231F20"/>
                <w:spacing w:val="40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am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authorising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are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accurate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and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I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approve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payment.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I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understand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that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if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I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knowingly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provide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false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information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this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may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result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in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disciplinary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action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and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I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may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be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liable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to</w:t>
            </w:r>
            <w:r w:rsidR="00F3164A">
              <w:rPr>
                <w:color w:val="231F20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prosecution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and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civil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recovery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proceedings.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I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consent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to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the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disclosure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of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information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from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this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form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to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and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by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the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NHS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body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and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the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NHS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CFSMS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in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England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for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the</w:t>
            </w:r>
            <w:r w:rsidRPr="00361753">
              <w:rPr>
                <w:color w:val="231F20"/>
                <w:spacing w:val="-7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>purpose</w:t>
            </w:r>
            <w:r w:rsidRPr="00361753">
              <w:rPr>
                <w:color w:val="231F20"/>
                <w:spacing w:val="40"/>
                <w:sz w:val="14"/>
                <w:szCs w:val="14"/>
              </w:rPr>
              <w:t xml:space="preserve"> </w:t>
            </w:r>
            <w:r w:rsidRPr="00361753">
              <w:rPr>
                <w:color w:val="231F20"/>
                <w:sz w:val="14"/>
                <w:szCs w:val="14"/>
              </w:rPr>
              <w:t xml:space="preserve">of </w:t>
            </w:r>
            <w:proofErr w:type="gramStart"/>
            <w:r w:rsidRPr="00361753">
              <w:rPr>
                <w:color w:val="231F20"/>
                <w:sz w:val="14"/>
                <w:szCs w:val="14"/>
              </w:rPr>
              <w:t>verification of</w:t>
            </w:r>
            <w:proofErr w:type="gramEnd"/>
            <w:r w:rsidRPr="00361753">
              <w:rPr>
                <w:color w:val="231F20"/>
                <w:sz w:val="14"/>
                <w:szCs w:val="14"/>
              </w:rPr>
              <w:t xml:space="preserve"> this claim and the investigation, prevention, detection and prosecution of fraud.</w:t>
            </w:r>
          </w:p>
        </w:tc>
      </w:tr>
      <w:tr w:rsidR="00F341BC" w14:paraId="71706140" w14:textId="77777777" w:rsidTr="00640F25">
        <w:trPr>
          <w:trHeight w:val="254"/>
        </w:trPr>
        <w:tc>
          <w:tcPr>
            <w:tcW w:w="3905" w:type="dxa"/>
            <w:vMerge w:val="restart"/>
          </w:tcPr>
          <w:p w14:paraId="08F3BE59" w14:textId="77777777" w:rsidR="00F341BC" w:rsidRDefault="00F341BC" w:rsidP="00F341BC">
            <w:r>
              <w:t>Locum Signature:</w:t>
            </w:r>
          </w:p>
        </w:tc>
        <w:tc>
          <w:tcPr>
            <w:tcW w:w="3905" w:type="dxa"/>
            <w:vMerge w:val="restart"/>
          </w:tcPr>
          <w:p w14:paraId="56843BCA" w14:textId="15B28B6B" w:rsidR="00F341BC" w:rsidRDefault="00F341BC" w:rsidP="00F341BC">
            <w:r>
              <w:t>Date:</w:t>
            </w:r>
          </w:p>
        </w:tc>
        <w:tc>
          <w:tcPr>
            <w:tcW w:w="3660" w:type="dxa"/>
          </w:tcPr>
          <w:p w14:paraId="517930E9" w14:textId="0FF4689C" w:rsidR="00F341BC" w:rsidRDefault="00F341BC" w:rsidP="00F341BC">
            <w:r>
              <w:t>Client Signature:</w:t>
            </w:r>
          </w:p>
        </w:tc>
        <w:tc>
          <w:tcPr>
            <w:tcW w:w="3661" w:type="dxa"/>
          </w:tcPr>
          <w:p w14:paraId="29F6859B" w14:textId="29AE7DEE" w:rsidR="00F341BC" w:rsidRDefault="00F341BC" w:rsidP="00F341BC">
            <w:r>
              <w:t>Print Name:</w:t>
            </w:r>
          </w:p>
        </w:tc>
      </w:tr>
      <w:tr w:rsidR="00F341BC" w14:paraId="2B6A7824" w14:textId="77777777" w:rsidTr="00456307">
        <w:trPr>
          <w:trHeight w:val="254"/>
        </w:trPr>
        <w:tc>
          <w:tcPr>
            <w:tcW w:w="3905" w:type="dxa"/>
            <w:vMerge/>
          </w:tcPr>
          <w:p w14:paraId="68464969" w14:textId="77777777" w:rsidR="00F341BC" w:rsidRDefault="00F341BC" w:rsidP="00F341BC"/>
        </w:tc>
        <w:tc>
          <w:tcPr>
            <w:tcW w:w="3905" w:type="dxa"/>
            <w:vMerge/>
          </w:tcPr>
          <w:p w14:paraId="4CB48947" w14:textId="420F83F6" w:rsidR="00F341BC" w:rsidRDefault="00F341BC" w:rsidP="00F341BC"/>
        </w:tc>
        <w:tc>
          <w:tcPr>
            <w:tcW w:w="3660" w:type="dxa"/>
          </w:tcPr>
          <w:p w14:paraId="680C22B4" w14:textId="02841F55" w:rsidR="00F341BC" w:rsidRDefault="00F341BC" w:rsidP="00F341BC">
            <w:r>
              <w:t>Date:</w:t>
            </w:r>
          </w:p>
        </w:tc>
        <w:tc>
          <w:tcPr>
            <w:tcW w:w="3661" w:type="dxa"/>
          </w:tcPr>
          <w:p w14:paraId="450351EB" w14:textId="4A5BDDEB" w:rsidR="00F341BC" w:rsidRDefault="00F341BC" w:rsidP="00F341BC">
            <w:r>
              <w:t>Total approved hours:</w:t>
            </w:r>
          </w:p>
        </w:tc>
      </w:tr>
    </w:tbl>
    <w:p w14:paraId="0593F186" w14:textId="5B5BD14A" w:rsidR="00F341BC" w:rsidRPr="00F341BC" w:rsidRDefault="0035643F" w:rsidP="0035643F">
      <w:pPr>
        <w:spacing w:after="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6D89C2" wp14:editId="6CA6963C">
                <wp:simplePos x="0" y="0"/>
                <wp:positionH relativeFrom="page">
                  <wp:posOffset>3343275</wp:posOffset>
                </wp:positionH>
                <wp:positionV relativeFrom="paragraph">
                  <wp:posOffset>1691005</wp:posOffset>
                </wp:positionV>
                <wp:extent cx="6657975" cy="4762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0486C" w14:textId="4C3738B7" w:rsidR="0035643F" w:rsidRPr="0035643F" w:rsidRDefault="0035643F">
                            <w:pPr>
                              <w:rPr>
                                <w:color w:val="231F20"/>
                                <w:sz w:val="16"/>
                                <w:szCs w:val="28"/>
                              </w:rPr>
                            </w:pPr>
                            <w:r w:rsidRPr="0035643F">
                              <w:rPr>
                                <w:color w:val="231F20"/>
                                <w:sz w:val="16"/>
                                <w:szCs w:val="28"/>
                              </w:rPr>
                              <w:t xml:space="preserve">As part of our follow-up </w:t>
                            </w:r>
                            <w:proofErr w:type="gramStart"/>
                            <w:r w:rsidRPr="0035643F">
                              <w:rPr>
                                <w:color w:val="231F20"/>
                                <w:sz w:val="16"/>
                                <w:szCs w:val="28"/>
                              </w:rPr>
                              <w:t>after care</w:t>
                            </w:r>
                            <w:proofErr w:type="gramEnd"/>
                            <w:r w:rsidRPr="0035643F">
                              <w:rPr>
                                <w:color w:val="231F20"/>
                                <w:sz w:val="16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5643F">
                              <w:rPr>
                                <w:color w:val="231F20"/>
                                <w:sz w:val="16"/>
                                <w:szCs w:val="28"/>
                              </w:rPr>
                              <w:t>programme</w:t>
                            </w:r>
                            <w:proofErr w:type="spellEnd"/>
                            <w:r w:rsidRPr="0035643F">
                              <w:rPr>
                                <w:color w:val="231F20"/>
                                <w:sz w:val="16"/>
                                <w:szCs w:val="28"/>
                              </w:rPr>
                              <w:t xml:space="preserve">, we would greatly appreciate it if you could provide us with a follow-up assessment </w:t>
                            </w:r>
                            <w:proofErr w:type="gramStart"/>
                            <w:r w:rsidRPr="0035643F">
                              <w:rPr>
                                <w:color w:val="231F20"/>
                                <w:sz w:val="16"/>
                                <w:szCs w:val="28"/>
                              </w:rPr>
                              <w:t>for</w:t>
                            </w:r>
                            <w:proofErr w:type="gramEnd"/>
                            <w:r w:rsidRPr="0035643F">
                              <w:rPr>
                                <w:color w:val="231F20"/>
                                <w:sz w:val="16"/>
                                <w:szCs w:val="28"/>
                              </w:rPr>
                              <w:t xml:space="preserve"> the doctor’s time spent at this hospital. Please note that this information may be used as a reference for future locum placements. Please tick the box which most reflects your view on the candidate.</w:t>
                            </w:r>
                          </w:p>
                          <w:p w14:paraId="58A04CA3" w14:textId="77777777" w:rsidR="0035643F" w:rsidRPr="0035643F" w:rsidRDefault="0035643F" w:rsidP="0035643F">
                            <w:pPr>
                              <w:spacing w:after="0"/>
                              <w:rPr>
                                <w:color w:val="231F20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6D89C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3.25pt;margin-top:133.15pt;width:524.25pt;height:3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" filled="f" stroked="f">
                <v:textbox>
                  <w:txbxContent>
                    <w:p w14:paraId="3A90486C" w14:textId="4C3738B7" w:rsidR="0035643F" w:rsidRPr="0035643F" w:rsidRDefault="0035643F">
                      <w:pPr>
                        <w:rPr>
                          <w:color w:val="231F20"/>
                          <w:sz w:val="16"/>
                          <w:szCs w:val="28"/>
                        </w:rPr>
                      </w:pPr>
                      <w:r w:rsidRPr="0035643F">
                        <w:rPr>
                          <w:color w:val="231F20"/>
                          <w:sz w:val="16"/>
                          <w:szCs w:val="28"/>
                        </w:rPr>
                        <w:t xml:space="preserve">As part of our follow-up </w:t>
                      </w:r>
                      <w:proofErr w:type="gramStart"/>
                      <w:r w:rsidRPr="0035643F">
                        <w:rPr>
                          <w:color w:val="231F20"/>
                          <w:sz w:val="16"/>
                          <w:szCs w:val="28"/>
                        </w:rPr>
                        <w:t>after care</w:t>
                      </w:r>
                      <w:proofErr w:type="gramEnd"/>
                      <w:r w:rsidRPr="0035643F">
                        <w:rPr>
                          <w:color w:val="231F20"/>
                          <w:sz w:val="16"/>
                          <w:szCs w:val="28"/>
                        </w:rPr>
                        <w:t xml:space="preserve"> </w:t>
                      </w:r>
                      <w:proofErr w:type="spellStart"/>
                      <w:r w:rsidRPr="0035643F">
                        <w:rPr>
                          <w:color w:val="231F20"/>
                          <w:sz w:val="16"/>
                          <w:szCs w:val="28"/>
                        </w:rPr>
                        <w:t>programme</w:t>
                      </w:r>
                      <w:proofErr w:type="spellEnd"/>
                      <w:r w:rsidRPr="0035643F">
                        <w:rPr>
                          <w:color w:val="231F20"/>
                          <w:sz w:val="16"/>
                          <w:szCs w:val="28"/>
                        </w:rPr>
                        <w:t xml:space="preserve">, we would greatly appreciate it if you could provide us with a follow-up assessment </w:t>
                      </w:r>
                      <w:proofErr w:type="gramStart"/>
                      <w:r w:rsidRPr="0035643F">
                        <w:rPr>
                          <w:color w:val="231F20"/>
                          <w:sz w:val="16"/>
                          <w:szCs w:val="28"/>
                        </w:rPr>
                        <w:t>for</w:t>
                      </w:r>
                      <w:proofErr w:type="gramEnd"/>
                      <w:r w:rsidRPr="0035643F">
                        <w:rPr>
                          <w:color w:val="231F20"/>
                          <w:sz w:val="16"/>
                          <w:szCs w:val="28"/>
                        </w:rPr>
                        <w:t xml:space="preserve"> the doctor’s time spent at this hospital. Please note that this information may be used as a reference for future locum placements. Please tick the box which most reflects your view on the candidate.</w:t>
                      </w:r>
                    </w:p>
                    <w:p w14:paraId="58A04CA3" w14:textId="77777777" w:rsidR="0035643F" w:rsidRPr="0035643F" w:rsidRDefault="0035643F" w:rsidP="0035643F">
                      <w:pPr>
                        <w:spacing w:after="0"/>
                        <w:rPr>
                          <w:color w:val="231F20"/>
                          <w:sz w:val="13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341BC" w:rsidRPr="00F341BC">
        <w:rPr>
          <w:sz w:val="20"/>
          <w:szCs w:val="20"/>
        </w:rPr>
        <w:t xml:space="preserve">Future Employment: Would you be happy to receive this doctor again? Yes </w:t>
      </w:r>
      <w:sdt>
        <w:sdtPr>
          <w:rPr>
            <w:sz w:val="20"/>
            <w:szCs w:val="20"/>
          </w:rPr>
          <w:id w:val="1667284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41BC" w:rsidRPr="00F341B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341BC" w:rsidRPr="00F341BC">
        <w:rPr>
          <w:sz w:val="20"/>
          <w:szCs w:val="20"/>
        </w:rPr>
        <w:t xml:space="preserve">  No </w:t>
      </w:r>
      <w:sdt>
        <w:sdtPr>
          <w:rPr>
            <w:sz w:val="20"/>
            <w:szCs w:val="20"/>
          </w:rPr>
          <w:id w:val="1778602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66A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</w:p>
    <w:tbl>
      <w:tblPr>
        <w:tblStyle w:val="TableGrid"/>
        <w:tblpPr w:leftFromText="180" w:rightFromText="180" w:vertAnchor="text" w:horzAnchor="margin" w:tblpY="83"/>
        <w:tblW w:w="0" w:type="auto"/>
        <w:tblLook w:val="04A0" w:firstRow="1" w:lastRow="0" w:firstColumn="1" w:lastColumn="0" w:noHBand="0" w:noVBand="1"/>
      </w:tblPr>
      <w:tblGrid>
        <w:gridCol w:w="1582"/>
        <w:gridCol w:w="999"/>
        <w:gridCol w:w="662"/>
        <w:gridCol w:w="916"/>
        <w:gridCol w:w="627"/>
      </w:tblGrid>
      <w:tr w:rsidR="00F341BC" w:rsidRPr="00F341BC" w14:paraId="7710BFDD" w14:textId="77777777" w:rsidTr="00F341BC">
        <w:trPr>
          <w:trHeight w:val="237"/>
        </w:trPr>
        <w:tc>
          <w:tcPr>
            <w:tcW w:w="1582" w:type="dxa"/>
          </w:tcPr>
          <w:p w14:paraId="7F4FBB33" w14:textId="77777777" w:rsidR="00F341BC" w:rsidRPr="00F341BC" w:rsidRDefault="00F341BC" w:rsidP="00F341BC">
            <w:pPr>
              <w:rPr>
                <w:sz w:val="20"/>
                <w:szCs w:val="20"/>
              </w:rPr>
            </w:pPr>
            <w:r w:rsidRPr="00F341BC">
              <w:rPr>
                <w:sz w:val="20"/>
                <w:szCs w:val="20"/>
              </w:rPr>
              <w:t>Assessment</w:t>
            </w:r>
          </w:p>
        </w:tc>
        <w:tc>
          <w:tcPr>
            <w:tcW w:w="999" w:type="dxa"/>
          </w:tcPr>
          <w:p w14:paraId="30CD838C" w14:textId="77777777" w:rsidR="00F341BC" w:rsidRPr="00F341BC" w:rsidRDefault="00F341BC" w:rsidP="00F341BC">
            <w:pPr>
              <w:rPr>
                <w:sz w:val="20"/>
                <w:szCs w:val="20"/>
              </w:rPr>
            </w:pPr>
            <w:r w:rsidRPr="00F341BC">
              <w:rPr>
                <w:sz w:val="20"/>
                <w:szCs w:val="20"/>
              </w:rPr>
              <w:t>Excellent</w:t>
            </w:r>
          </w:p>
        </w:tc>
        <w:tc>
          <w:tcPr>
            <w:tcW w:w="662" w:type="dxa"/>
          </w:tcPr>
          <w:p w14:paraId="573C5A9D" w14:textId="77777777" w:rsidR="00F341BC" w:rsidRPr="00F341BC" w:rsidRDefault="00F341BC" w:rsidP="00F341BC">
            <w:pPr>
              <w:rPr>
                <w:sz w:val="20"/>
                <w:szCs w:val="20"/>
              </w:rPr>
            </w:pPr>
            <w:r w:rsidRPr="00F341BC">
              <w:rPr>
                <w:sz w:val="20"/>
                <w:szCs w:val="20"/>
              </w:rPr>
              <w:t>Good</w:t>
            </w:r>
          </w:p>
        </w:tc>
        <w:tc>
          <w:tcPr>
            <w:tcW w:w="916" w:type="dxa"/>
          </w:tcPr>
          <w:p w14:paraId="416D2130" w14:textId="77777777" w:rsidR="00F341BC" w:rsidRPr="00F341BC" w:rsidRDefault="00F341BC" w:rsidP="00F341BC">
            <w:pPr>
              <w:rPr>
                <w:sz w:val="20"/>
                <w:szCs w:val="20"/>
              </w:rPr>
            </w:pPr>
            <w:r w:rsidRPr="00F341BC">
              <w:rPr>
                <w:sz w:val="20"/>
                <w:szCs w:val="20"/>
              </w:rPr>
              <w:t>Average</w:t>
            </w:r>
          </w:p>
        </w:tc>
        <w:tc>
          <w:tcPr>
            <w:tcW w:w="627" w:type="dxa"/>
          </w:tcPr>
          <w:p w14:paraId="129EF459" w14:textId="77777777" w:rsidR="00F341BC" w:rsidRPr="00F341BC" w:rsidRDefault="00F341BC" w:rsidP="00F341BC">
            <w:pPr>
              <w:rPr>
                <w:sz w:val="20"/>
                <w:szCs w:val="20"/>
              </w:rPr>
            </w:pPr>
            <w:r w:rsidRPr="00F341BC">
              <w:rPr>
                <w:sz w:val="20"/>
                <w:szCs w:val="20"/>
              </w:rPr>
              <w:t>Poor</w:t>
            </w:r>
          </w:p>
        </w:tc>
      </w:tr>
      <w:tr w:rsidR="00F341BC" w:rsidRPr="00F341BC" w14:paraId="7F60EE0D" w14:textId="77777777" w:rsidTr="00F341BC">
        <w:trPr>
          <w:trHeight w:val="237"/>
        </w:trPr>
        <w:tc>
          <w:tcPr>
            <w:tcW w:w="1582" w:type="dxa"/>
          </w:tcPr>
          <w:p w14:paraId="589D70B4" w14:textId="77777777" w:rsidR="00F341BC" w:rsidRPr="00F341BC" w:rsidRDefault="00F341BC" w:rsidP="00F341BC">
            <w:pPr>
              <w:rPr>
                <w:sz w:val="20"/>
                <w:szCs w:val="20"/>
              </w:rPr>
            </w:pPr>
            <w:r w:rsidRPr="00F341BC">
              <w:rPr>
                <w:sz w:val="20"/>
                <w:szCs w:val="20"/>
              </w:rPr>
              <w:t>Attitude</w:t>
            </w:r>
          </w:p>
        </w:tc>
        <w:sdt>
          <w:sdtPr>
            <w:rPr>
              <w:sz w:val="20"/>
              <w:szCs w:val="20"/>
            </w:rPr>
            <w:id w:val="1176774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9" w:type="dxa"/>
              </w:tcPr>
              <w:p w14:paraId="2AF98721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482750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2" w:type="dxa"/>
              </w:tcPr>
              <w:p w14:paraId="41C1B961" w14:textId="18C63BD1" w:rsidR="00F341BC" w:rsidRPr="00F341BC" w:rsidRDefault="00C55E61" w:rsidP="00F341BC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92651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</w:tcPr>
              <w:p w14:paraId="3FF1A783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94099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34B42E4C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341BC" w:rsidRPr="00F341BC" w14:paraId="7042E217" w14:textId="77777777" w:rsidTr="00F341BC">
        <w:trPr>
          <w:trHeight w:val="237"/>
        </w:trPr>
        <w:tc>
          <w:tcPr>
            <w:tcW w:w="1582" w:type="dxa"/>
          </w:tcPr>
          <w:p w14:paraId="44995DC3" w14:textId="77777777" w:rsidR="00F341BC" w:rsidRPr="00F341BC" w:rsidRDefault="00F341BC" w:rsidP="00F341BC">
            <w:pPr>
              <w:rPr>
                <w:sz w:val="20"/>
                <w:szCs w:val="20"/>
              </w:rPr>
            </w:pPr>
            <w:r w:rsidRPr="00F341BC">
              <w:rPr>
                <w:sz w:val="20"/>
                <w:szCs w:val="20"/>
              </w:rPr>
              <w:t>Clinical Skills</w:t>
            </w:r>
          </w:p>
        </w:tc>
        <w:sdt>
          <w:sdtPr>
            <w:rPr>
              <w:sz w:val="20"/>
              <w:szCs w:val="20"/>
            </w:rPr>
            <w:id w:val="481426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9" w:type="dxa"/>
              </w:tcPr>
              <w:p w14:paraId="4AAED130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09927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2" w:type="dxa"/>
              </w:tcPr>
              <w:p w14:paraId="2F9C05FD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02792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</w:tcPr>
              <w:p w14:paraId="0F9E95CD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145036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51E5999C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341BC" w:rsidRPr="00F341BC" w14:paraId="675E9114" w14:textId="77777777" w:rsidTr="00F341BC">
        <w:trPr>
          <w:trHeight w:val="223"/>
        </w:trPr>
        <w:tc>
          <w:tcPr>
            <w:tcW w:w="1582" w:type="dxa"/>
          </w:tcPr>
          <w:p w14:paraId="50E88630" w14:textId="77777777" w:rsidR="00F341BC" w:rsidRPr="00F341BC" w:rsidRDefault="00F341BC" w:rsidP="00F341BC">
            <w:pPr>
              <w:rPr>
                <w:sz w:val="20"/>
                <w:szCs w:val="20"/>
              </w:rPr>
            </w:pPr>
            <w:r w:rsidRPr="00F341BC">
              <w:rPr>
                <w:sz w:val="20"/>
                <w:szCs w:val="20"/>
              </w:rPr>
              <w:t>Communication</w:t>
            </w:r>
          </w:p>
        </w:tc>
        <w:sdt>
          <w:sdtPr>
            <w:rPr>
              <w:sz w:val="20"/>
              <w:szCs w:val="20"/>
            </w:rPr>
            <w:id w:val="-687598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9" w:type="dxa"/>
              </w:tcPr>
              <w:p w14:paraId="0370C6C5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53114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2" w:type="dxa"/>
              </w:tcPr>
              <w:p w14:paraId="18861330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2308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</w:tcPr>
              <w:p w14:paraId="6A9AE4F0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29847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534DB67C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341BC" w:rsidRPr="00F341BC" w14:paraId="19004311" w14:textId="77777777" w:rsidTr="00F341BC">
        <w:trPr>
          <w:trHeight w:val="237"/>
        </w:trPr>
        <w:tc>
          <w:tcPr>
            <w:tcW w:w="1582" w:type="dxa"/>
          </w:tcPr>
          <w:p w14:paraId="31F0AAE5" w14:textId="77777777" w:rsidR="00F341BC" w:rsidRPr="00F341BC" w:rsidRDefault="00F341BC" w:rsidP="00F341BC">
            <w:pPr>
              <w:rPr>
                <w:sz w:val="20"/>
                <w:szCs w:val="20"/>
              </w:rPr>
            </w:pPr>
            <w:r w:rsidRPr="00F341BC">
              <w:rPr>
                <w:sz w:val="20"/>
                <w:szCs w:val="20"/>
              </w:rPr>
              <w:t>Knowledge</w:t>
            </w:r>
          </w:p>
        </w:tc>
        <w:sdt>
          <w:sdtPr>
            <w:rPr>
              <w:sz w:val="20"/>
              <w:szCs w:val="20"/>
            </w:rPr>
            <w:id w:val="-759290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9" w:type="dxa"/>
              </w:tcPr>
              <w:p w14:paraId="78D8EBFA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4085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2" w:type="dxa"/>
              </w:tcPr>
              <w:p w14:paraId="34E1DF64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62271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</w:tcPr>
              <w:p w14:paraId="5843C5AF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84641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3B03B9EB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341BC" w:rsidRPr="00F341BC" w14:paraId="268C3D09" w14:textId="77777777" w:rsidTr="00F341BC">
        <w:trPr>
          <w:trHeight w:val="237"/>
        </w:trPr>
        <w:tc>
          <w:tcPr>
            <w:tcW w:w="1582" w:type="dxa"/>
          </w:tcPr>
          <w:p w14:paraId="3A199CB9" w14:textId="77777777" w:rsidR="00F341BC" w:rsidRPr="00F341BC" w:rsidRDefault="00F341BC" w:rsidP="00F341BC">
            <w:pPr>
              <w:rPr>
                <w:sz w:val="20"/>
                <w:szCs w:val="20"/>
              </w:rPr>
            </w:pPr>
            <w:r w:rsidRPr="00F341BC">
              <w:rPr>
                <w:sz w:val="20"/>
                <w:szCs w:val="20"/>
              </w:rPr>
              <w:t>Professionalism</w:t>
            </w:r>
          </w:p>
        </w:tc>
        <w:sdt>
          <w:sdtPr>
            <w:rPr>
              <w:sz w:val="20"/>
              <w:szCs w:val="20"/>
            </w:rPr>
            <w:id w:val="904951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9" w:type="dxa"/>
              </w:tcPr>
              <w:p w14:paraId="039E2BDE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23498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2" w:type="dxa"/>
              </w:tcPr>
              <w:p w14:paraId="6605A223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794285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</w:tcPr>
              <w:p w14:paraId="012A054A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738479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4419A2ED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341BC" w:rsidRPr="00F341BC" w14:paraId="29E12647" w14:textId="77777777" w:rsidTr="00F341BC">
        <w:trPr>
          <w:trHeight w:val="237"/>
        </w:trPr>
        <w:tc>
          <w:tcPr>
            <w:tcW w:w="1582" w:type="dxa"/>
          </w:tcPr>
          <w:p w14:paraId="6D0E4687" w14:textId="77777777" w:rsidR="00F341BC" w:rsidRPr="00F341BC" w:rsidRDefault="00F341BC" w:rsidP="00F341BC">
            <w:pPr>
              <w:rPr>
                <w:sz w:val="20"/>
                <w:szCs w:val="20"/>
              </w:rPr>
            </w:pPr>
            <w:r w:rsidRPr="00F341BC">
              <w:rPr>
                <w:sz w:val="20"/>
                <w:szCs w:val="20"/>
              </w:rPr>
              <w:t>Relationships</w:t>
            </w:r>
          </w:p>
        </w:tc>
        <w:sdt>
          <w:sdtPr>
            <w:rPr>
              <w:sz w:val="20"/>
              <w:szCs w:val="20"/>
            </w:rPr>
            <w:id w:val="-870387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9" w:type="dxa"/>
              </w:tcPr>
              <w:p w14:paraId="57B49517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79151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2" w:type="dxa"/>
              </w:tcPr>
              <w:p w14:paraId="45C86A7F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39338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</w:tcPr>
              <w:p w14:paraId="34AA6D7E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26397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09374F12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341BC" w:rsidRPr="00F341BC" w14:paraId="6F8E950C" w14:textId="77777777" w:rsidTr="00F341BC">
        <w:trPr>
          <w:trHeight w:val="237"/>
        </w:trPr>
        <w:tc>
          <w:tcPr>
            <w:tcW w:w="1582" w:type="dxa"/>
          </w:tcPr>
          <w:p w14:paraId="3D86493C" w14:textId="77777777" w:rsidR="00F341BC" w:rsidRPr="00F341BC" w:rsidRDefault="00F341BC" w:rsidP="00F341BC">
            <w:pPr>
              <w:rPr>
                <w:sz w:val="20"/>
                <w:szCs w:val="20"/>
              </w:rPr>
            </w:pPr>
            <w:r w:rsidRPr="00F341BC">
              <w:rPr>
                <w:sz w:val="20"/>
                <w:szCs w:val="20"/>
              </w:rPr>
              <w:t>Reliability</w:t>
            </w:r>
          </w:p>
        </w:tc>
        <w:sdt>
          <w:sdtPr>
            <w:rPr>
              <w:sz w:val="20"/>
              <w:szCs w:val="20"/>
            </w:rPr>
            <w:id w:val="1825470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9" w:type="dxa"/>
              </w:tcPr>
              <w:p w14:paraId="63B45BA9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90084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2" w:type="dxa"/>
              </w:tcPr>
              <w:p w14:paraId="192D4C92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15815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</w:tcPr>
              <w:p w14:paraId="79DF3F46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9210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048B5027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341BC" w:rsidRPr="00F341BC" w14:paraId="060EEC82" w14:textId="77777777" w:rsidTr="00F341BC">
        <w:trPr>
          <w:trHeight w:val="70"/>
        </w:trPr>
        <w:tc>
          <w:tcPr>
            <w:tcW w:w="1582" w:type="dxa"/>
          </w:tcPr>
          <w:p w14:paraId="4BF8E5FE" w14:textId="77777777" w:rsidR="00F341BC" w:rsidRPr="00F341BC" w:rsidRDefault="00F341BC" w:rsidP="00F341BC">
            <w:pPr>
              <w:rPr>
                <w:sz w:val="20"/>
                <w:szCs w:val="20"/>
              </w:rPr>
            </w:pPr>
            <w:r w:rsidRPr="00F341BC">
              <w:rPr>
                <w:sz w:val="20"/>
                <w:szCs w:val="20"/>
              </w:rPr>
              <w:t>Timekeeping</w:t>
            </w:r>
          </w:p>
        </w:tc>
        <w:sdt>
          <w:sdtPr>
            <w:rPr>
              <w:sz w:val="20"/>
              <w:szCs w:val="20"/>
            </w:rPr>
            <w:id w:val="388229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9" w:type="dxa"/>
              </w:tcPr>
              <w:p w14:paraId="269C2C33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6996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2" w:type="dxa"/>
              </w:tcPr>
              <w:p w14:paraId="50585BB8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37797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</w:tcPr>
              <w:p w14:paraId="68C38EB6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22692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3146D966" w14:textId="77777777" w:rsidR="00F341BC" w:rsidRPr="00F341BC" w:rsidRDefault="00F341BC" w:rsidP="00F341BC">
                <w:pPr>
                  <w:rPr>
                    <w:sz w:val="20"/>
                    <w:szCs w:val="20"/>
                  </w:rPr>
                </w:pPr>
                <w:r w:rsidRPr="00F341B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48C9FEF6" w14:textId="2D002488" w:rsidR="00784F42" w:rsidRPr="0035643F" w:rsidRDefault="0035643F" w:rsidP="0035643F">
      <w:pPr>
        <w:pStyle w:val="BodyText"/>
        <w:spacing w:before="109" w:line="288" w:lineRule="auto"/>
        <w:ind w:right="201"/>
        <w:rPr>
          <w:sz w:val="14"/>
          <w:szCs w:val="14"/>
        </w:rPr>
      </w:pPr>
      <w:r w:rsidRPr="0035643F">
        <w:rPr>
          <w:noProof/>
          <w:sz w:val="14"/>
          <w:szCs w:val="1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9863BC3" wp14:editId="147B0904">
                <wp:simplePos x="0" y="0"/>
                <wp:positionH relativeFrom="margin">
                  <wp:align>right</wp:align>
                </wp:positionH>
                <wp:positionV relativeFrom="paragraph">
                  <wp:posOffset>427355</wp:posOffset>
                </wp:positionV>
                <wp:extent cx="6468745" cy="1404620"/>
                <wp:effectExtent l="0" t="0" r="27305" b="22225"/>
                <wp:wrapSquare wrapText="bothSides"/>
                <wp:docPr id="13285420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8745" cy="140462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D68D2D" w14:textId="025441D0" w:rsidR="0077140A" w:rsidRPr="0035643F" w:rsidRDefault="0035643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5643F">
                              <w:rPr>
                                <w:sz w:val="20"/>
                                <w:szCs w:val="20"/>
                              </w:rPr>
                              <w:t>Additional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863BC3" id="_x0000_s1027" type="#_x0000_t202" style="position:absolute;margin-left:458.15pt;margin-top:33.65pt;width:509.35pt;height:110.6pt;z-index:2516654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" filled="f" strokecolor="black [3200]">
                <v:stroke joinstyle="round"/>
                <v:textbox style="mso-fit-shape-to-text:t">
                  <w:txbxContent>
                    <w:p w14:paraId="5BD68D2D" w14:textId="025441D0" w:rsidR="0077140A" w:rsidRPr="0035643F" w:rsidRDefault="0035643F">
                      <w:pPr>
                        <w:rPr>
                          <w:sz w:val="20"/>
                          <w:szCs w:val="20"/>
                        </w:rPr>
                      </w:pPr>
                      <w:r w:rsidRPr="0035643F">
                        <w:rPr>
                          <w:sz w:val="20"/>
                          <w:szCs w:val="20"/>
                        </w:rPr>
                        <w:t>Additional Comments: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5643F">
        <w:rPr>
          <w:noProof/>
          <w:color w:val="231F20"/>
          <w:sz w:val="14"/>
          <w:szCs w:val="1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027FC96" wp14:editId="68DF8689">
                <wp:simplePos x="0" y="0"/>
                <wp:positionH relativeFrom="column">
                  <wp:posOffset>3105150</wp:posOffset>
                </wp:positionH>
                <wp:positionV relativeFrom="paragraph">
                  <wp:posOffset>836930</wp:posOffset>
                </wp:positionV>
                <wp:extent cx="6468745" cy="457200"/>
                <wp:effectExtent l="0" t="0" r="0" b="0"/>
                <wp:wrapNone/>
                <wp:docPr id="4178358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874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2AB7EF" w14:textId="2C7885B1" w:rsidR="0035643F" w:rsidRPr="0035643F" w:rsidRDefault="0035643F" w:rsidP="0035643F">
                            <w:pPr>
                              <w:pStyle w:val="BodyText"/>
                              <w:spacing w:before="109" w:line="288" w:lineRule="auto"/>
                              <w:ind w:right="201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231F20"/>
                                <w:sz w:val="14"/>
                                <w:szCs w:val="14"/>
                              </w:rPr>
                              <w:t>A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ny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questionable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timesheet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must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be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immediately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brought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to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the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attention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of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the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Local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Counter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Fraud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Specialist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(within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England</w:t>
                            </w:r>
                            <w:proofErr w:type="gramStart"/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)</w:t>
                            </w:r>
                            <w:proofErr w:type="gramEnd"/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or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you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may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report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any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case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of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fraud,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in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confidence,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to</w:t>
                            </w:r>
                            <w:r w:rsidRPr="00A71580">
                              <w:rPr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the</w:t>
                            </w:r>
                            <w:r w:rsidRPr="00A71580">
                              <w:rPr>
                                <w:color w:val="231F20"/>
                                <w:spacing w:val="4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71580">
                              <w:rPr>
                                <w:color w:val="231F20"/>
                                <w:sz w:val="14"/>
                                <w:szCs w:val="14"/>
                              </w:rPr>
                              <w:t>NHS Fraud and Corruption Reporting Line on 0800 028 4060 (within England) or 0800 015 1628 (within Scotland).</w:t>
                            </w:r>
                          </w:p>
                          <w:p w14:paraId="141F1641" w14:textId="58D77115" w:rsidR="0035643F" w:rsidRDefault="00356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7FC96" id="_x0000_s1028" type="#_x0000_t202" style="position:absolute;margin-left:244.5pt;margin-top:65.9pt;width:509.35pt;height:3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" filled="f" stroked="f">
                <v:textbox>
                  <w:txbxContent>
                    <w:p w14:paraId="122AB7EF" w14:textId="2C7885B1" w:rsidR="0035643F" w:rsidRPr="0035643F" w:rsidRDefault="0035643F" w:rsidP="0035643F">
                      <w:pPr>
                        <w:pStyle w:val="BodyText"/>
                        <w:spacing w:before="109" w:line="288" w:lineRule="auto"/>
                        <w:ind w:right="201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color w:val="231F20"/>
                          <w:sz w:val="14"/>
                          <w:szCs w:val="14"/>
                        </w:rPr>
                        <w:t>A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ny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questionable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timesheet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must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be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immediately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brought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to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the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attention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of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the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Local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Counter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Fraud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Specialist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(within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England</w:t>
                      </w:r>
                      <w:proofErr w:type="gramStart"/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)</w:t>
                      </w:r>
                      <w:proofErr w:type="gramEnd"/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or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you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may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report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any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case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of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fraud,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in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confidence,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to</w:t>
                      </w:r>
                      <w:r w:rsidRPr="00A71580">
                        <w:rPr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the</w:t>
                      </w:r>
                      <w:r w:rsidRPr="00A71580">
                        <w:rPr>
                          <w:color w:val="231F20"/>
                          <w:spacing w:val="40"/>
                          <w:sz w:val="14"/>
                          <w:szCs w:val="14"/>
                        </w:rPr>
                        <w:t xml:space="preserve"> </w:t>
                      </w:r>
                      <w:r w:rsidRPr="00A71580">
                        <w:rPr>
                          <w:color w:val="231F20"/>
                          <w:sz w:val="14"/>
                          <w:szCs w:val="14"/>
                        </w:rPr>
                        <w:t>NHS Fraud and Corruption Reporting Line on 0800 028 4060 (within England) or 0800 015 1628 (within Scotland).</w:t>
                      </w:r>
                    </w:p>
                    <w:p w14:paraId="141F1641" w14:textId="58D77115" w:rsidR="0035643F" w:rsidRDefault="0035643F"/>
                  </w:txbxContent>
                </v:textbox>
              </v:shape>
            </w:pict>
          </mc:Fallback>
        </mc:AlternateContent>
      </w:r>
      <w:r w:rsidR="00F3164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BDCB27" wp14:editId="5CB43F59">
                <wp:simplePos x="0" y="0"/>
                <wp:positionH relativeFrom="margin">
                  <wp:align>right</wp:align>
                </wp:positionH>
                <wp:positionV relativeFrom="paragraph">
                  <wp:posOffset>1321435</wp:posOffset>
                </wp:positionV>
                <wp:extent cx="6487795" cy="431800"/>
                <wp:effectExtent l="0" t="0" r="8255" b="6350"/>
                <wp:wrapNone/>
                <wp:docPr id="108" name="Graphic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7795" cy="43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 h="432434">
                              <a:moveTo>
                                <a:pt x="6767995" y="0"/>
                              </a:moveTo>
                              <a:lnTo>
                                <a:pt x="71996" y="0"/>
                              </a:lnTo>
                              <a:lnTo>
                                <a:pt x="30373" y="1124"/>
                              </a:lnTo>
                              <a:lnTo>
                                <a:pt x="8999" y="8999"/>
                              </a:lnTo>
                              <a:lnTo>
                                <a:pt x="1124" y="30373"/>
                              </a:lnTo>
                              <a:lnTo>
                                <a:pt x="0" y="71996"/>
                              </a:lnTo>
                              <a:lnTo>
                                <a:pt x="0" y="359994"/>
                              </a:lnTo>
                              <a:lnTo>
                                <a:pt x="1124" y="401624"/>
                              </a:lnTo>
                              <a:lnTo>
                                <a:pt x="8999" y="423002"/>
                              </a:lnTo>
                              <a:lnTo>
                                <a:pt x="30373" y="430878"/>
                              </a:lnTo>
                              <a:lnTo>
                                <a:pt x="71996" y="432003"/>
                              </a:lnTo>
                              <a:lnTo>
                                <a:pt x="6767995" y="432003"/>
                              </a:lnTo>
                              <a:lnTo>
                                <a:pt x="6809617" y="430878"/>
                              </a:lnTo>
                              <a:lnTo>
                                <a:pt x="6830991" y="423002"/>
                              </a:lnTo>
                              <a:lnTo>
                                <a:pt x="6838866" y="401624"/>
                              </a:lnTo>
                              <a:lnTo>
                                <a:pt x="6839991" y="359994"/>
                              </a:lnTo>
                              <a:lnTo>
                                <a:pt x="6839991" y="71996"/>
                              </a:lnTo>
                              <a:lnTo>
                                <a:pt x="6838866" y="30373"/>
                              </a:lnTo>
                              <a:lnTo>
                                <a:pt x="6830991" y="8999"/>
                              </a:lnTo>
                              <a:lnTo>
                                <a:pt x="6809617" y="1124"/>
                              </a:lnTo>
                              <a:lnTo>
                                <a:pt x="67679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4A"/>
                        </a:solidFill>
                      </wps:spPr>
                      <wps:txbx>
                        <w:txbxContent>
                          <w:p w14:paraId="61339040" w14:textId="77777777" w:rsidR="00784F42" w:rsidRPr="00784F42" w:rsidRDefault="00784F42" w:rsidP="00784F42">
                            <w:pPr>
                              <w:spacing w:before="58" w:after="0" w:line="206" w:lineRule="exact"/>
                              <w:ind w:left="28"/>
                              <w:jc w:val="center"/>
                              <w:rPr>
                                <w:b/>
                                <w:sz w:val="16"/>
                                <w:szCs w:val="20"/>
                              </w:rPr>
                            </w:pPr>
                            <w:r w:rsidRPr="00784F42">
                              <w:rPr>
                                <w:b/>
                                <w:color w:val="FFFFFF"/>
                                <w:spacing w:val="-2"/>
                                <w:sz w:val="16"/>
                                <w:szCs w:val="20"/>
                              </w:rPr>
                              <w:t>Fax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9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2"/>
                                <w:sz w:val="16"/>
                                <w:szCs w:val="20"/>
                              </w:rPr>
                              <w:t>your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8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2"/>
                                <w:sz w:val="16"/>
                                <w:szCs w:val="20"/>
                              </w:rPr>
                              <w:t>completed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8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2"/>
                                <w:sz w:val="16"/>
                                <w:szCs w:val="20"/>
                              </w:rPr>
                              <w:t>time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8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2"/>
                                <w:sz w:val="16"/>
                                <w:szCs w:val="20"/>
                              </w:rPr>
                              <w:t>sheet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8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2"/>
                                <w:sz w:val="16"/>
                                <w:szCs w:val="20"/>
                              </w:rPr>
                              <w:t>to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8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2"/>
                                <w:sz w:val="16"/>
                                <w:szCs w:val="20"/>
                              </w:rPr>
                              <w:t>01908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8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2"/>
                                <w:sz w:val="16"/>
                                <w:szCs w:val="20"/>
                              </w:rPr>
                              <w:t>683907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9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2"/>
                                <w:sz w:val="16"/>
                                <w:szCs w:val="20"/>
                              </w:rPr>
                              <w:t>or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8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2"/>
                                <w:sz w:val="16"/>
                                <w:szCs w:val="20"/>
                              </w:rPr>
                              <w:t>alternatively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8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2"/>
                                <w:sz w:val="16"/>
                                <w:szCs w:val="20"/>
                              </w:rPr>
                              <w:t>email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8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2"/>
                                <w:sz w:val="16"/>
                                <w:szCs w:val="20"/>
                              </w:rPr>
                              <w:t>it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8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2"/>
                                <w:sz w:val="16"/>
                                <w:szCs w:val="20"/>
                              </w:rPr>
                              <w:t>to</w:t>
                            </w:r>
                            <w:r w:rsidRPr="00784F42">
                              <w:rPr>
                                <w:b/>
                                <w:color w:val="FFFFFF"/>
                                <w:spacing w:val="-8"/>
                                <w:sz w:val="16"/>
                                <w:szCs w:val="20"/>
                              </w:rPr>
                              <w:t xml:space="preserve"> </w:t>
                            </w:r>
                            <w:hyperlink r:id="rId8">
                              <w:r w:rsidRPr="00784F42">
                                <w:rPr>
                                  <w:b/>
                                  <w:color w:val="FFFFFF"/>
                                  <w:spacing w:val="-2"/>
                                  <w:sz w:val="16"/>
                                  <w:szCs w:val="20"/>
                                </w:rPr>
                                <w:t>timesheet@locumpeople.co.uk</w:t>
                              </w:r>
                            </w:hyperlink>
                          </w:p>
                          <w:p w14:paraId="1231C0A4" w14:textId="77777777" w:rsidR="00784F42" w:rsidRPr="00784F42" w:rsidRDefault="00784F42" w:rsidP="00784F42">
                            <w:pPr>
                              <w:spacing w:after="0" w:line="249" w:lineRule="auto"/>
                              <w:ind w:left="1369" w:right="1338"/>
                              <w:jc w:val="center"/>
                              <w:rPr>
                                <w:sz w:val="12"/>
                                <w:szCs w:val="20"/>
                              </w:rPr>
                            </w:pP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Cut</w:t>
                            </w:r>
                            <w:r w:rsidRPr="00784F42">
                              <w:rPr>
                                <w:color w:val="FFFFFF"/>
                                <w:spacing w:val="-10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off</w:t>
                            </w:r>
                            <w:r w:rsidRPr="00784F42">
                              <w:rPr>
                                <w:color w:val="FFFFFF"/>
                                <w:spacing w:val="-10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times</w:t>
                            </w:r>
                            <w:r w:rsidRPr="00784F42">
                              <w:rPr>
                                <w:color w:val="FFFFFF"/>
                                <w:spacing w:val="-10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for</w:t>
                            </w:r>
                            <w:r w:rsidRPr="00784F42">
                              <w:rPr>
                                <w:color w:val="FFFFFF"/>
                                <w:spacing w:val="-9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payment:</w:t>
                            </w:r>
                            <w:r w:rsidRPr="00784F42">
                              <w:rPr>
                                <w:color w:val="FFFFFF"/>
                                <w:spacing w:val="-10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Tuesday</w:t>
                            </w:r>
                            <w:r w:rsidRPr="00784F42">
                              <w:rPr>
                                <w:color w:val="FFFFFF"/>
                                <w:spacing w:val="-10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by</w:t>
                            </w:r>
                            <w:r w:rsidRPr="00784F42">
                              <w:rPr>
                                <w:color w:val="FFFFFF"/>
                                <w:spacing w:val="-10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12pm</w:t>
                            </w:r>
                            <w:r w:rsidRPr="00784F42">
                              <w:rPr>
                                <w:color w:val="FFFFFF"/>
                                <w:spacing w:val="-9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(Noon)</w:t>
                            </w:r>
                            <w:r w:rsidRPr="00784F42">
                              <w:rPr>
                                <w:color w:val="FFFFFF"/>
                                <w:spacing w:val="-10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to</w:t>
                            </w:r>
                            <w:r w:rsidRPr="00784F42">
                              <w:rPr>
                                <w:color w:val="FFFFFF"/>
                                <w:spacing w:val="-10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pay</w:t>
                            </w:r>
                            <w:r w:rsidRPr="00784F42">
                              <w:rPr>
                                <w:color w:val="FFFFFF"/>
                                <w:spacing w:val="-9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the</w:t>
                            </w:r>
                            <w:r w:rsidRPr="00784F42">
                              <w:rPr>
                                <w:color w:val="FFFFFF"/>
                                <w:spacing w:val="-10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following</w:t>
                            </w:r>
                            <w:r w:rsidRPr="00784F42">
                              <w:rPr>
                                <w:color w:val="FFFFFF"/>
                                <w:spacing w:val="-10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Friday</w:t>
                            </w:r>
                            <w:r w:rsidRPr="00784F42">
                              <w:rPr>
                                <w:color w:val="FFFFFF"/>
                                <w:spacing w:val="-10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or</w:t>
                            </w:r>
                            <w:r w:rsidRPr="00784F42">
                              <w:rPr>
                                <w:color w:val="FFFFFF"/>
                                <w:spacing w:val="-9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Friday</w:t>
                            </w:r>
                            <w:r w:rsidRPr="00784F42">
                              <w:rPr>
                                <w:color w:val="FFFFFF"/>
                                <w:spacing w:val="-10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by</w:t>
                            </w:r>
                            <w:r w:rsidRPr="00784F42">
                              <w:rPr>
                                <w:color w:val="FFFFFF"/>
                                <w:spacing w:val="-10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9am</w:t>
                            </w:r>
                            <w:r w:rsidRPr="00784F42">
                              <w:rPr>
                                <w:color w:val="FFFFFF"/>
                                <w:spacing w:val="-10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to</w:t>
                            </w:r>
                            <w:r w:rsidRPr="00784F42">
                              <w:rPr>
                                <w:color w:val="FFFFFF"/>
                                <w:spacing w:val="-9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Pay</w:t>
                            </w:r>
                            <w:r w:rsidRPr="00784F42">
                              <w:rPr>
                                <w:color w:val="FFFFFF"/>
                                <w:spacing w:val="-10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the</w:t>
                            </w:r>
                            <w:r w:rsidRPr="00784F42">
                              <w:rPr>
                                <w:color w:val="FFFFFF"/>
                                <w:spacing w:val="-10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following</w:t>
                            </w:r>
                            <w:r w:rsidRPr="00784F42">
                              <w:rPr>
                                <w:color w:val="FFFFFF"/>
                                <w:spacing w:val="-9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Tuesday.</w:t>
                            </w:r>
                            <w:r w:rsidRPr="00784F42">
                              <w:rPr>
                                <w:color w:val="FFFFFF"/>
                                <w:spacing w:val="40"/>
                                <w:sz w:val="12"/>
                                <w:szCs w:val="20"/>
                              </w:rPr>
                              <w:t xml:space="preserve"> </w:t>
                            </w:r>
                            <w:r w:rsidRPr="00784F42">
                              <w:rPr>
                                <w:color w:val="FFFFFF"/>
                                <w:sz w:val="12"/>
                                <w:szCs w:val="20"/>
                              </w:rPr>
                              <w:t>(Please note this will only happen should your account information be up to date and complete.)</w:t>
                            </w:r>
                          </w:p>
                          <w:p w14:paraId="39461AAE" w14:textId="77777777" w:rsidR="00784F42" w:rsidRPr="00784F42" w:rsidRDefault="00784F42" w:rsidP="00784F42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BDCB27" id="Graphic 108" o:spid="_x0000_s1029" style="position:absolute;margin-left:459.65pt;margin-top:104.05pt;width:510.85pt;height:34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coordsize="6840220,43243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" adj="-11796480,,5400" path="m6767995,l71996,,30373,1124,8999,8999,1124,30373,,71996,,359994r1124,41630l8999,423002r21374,7876l71996,432003r6695999,l6809617,430878r21374,-7876l6838866,401624r1125,-41630l6839991,71996r-1125,-41623l6830991,8999,6809617,1124,6767995,xe" fillcolor="#004f4a" stroked="f">
                <v:stroke joinstyle="miter"/>
                <v:formulas/>
                <v:path arrowok="t" o:connecttype="custom" textboxrect="0,0,6840220,432434"/>
                <v:textbox inset="0,0,0,0">
                  <w:txbxContent>
                    <w:p w14:paraId="61339040" w14:textId="77777777" w:rsidR="00784F42" w:rsidRPr="00784F42" w:rsidRDefault="00784F42" w:rsidP="00784F42">
                      <w:pPr>
                        <w:spacing w:before="58" w:after="0" w:line="206" w:lineRule="exact"/>
                        <w:ind w:left="28"/>
                        <w:jc w:val="center"/>
                        <w:rPr>
                          <w:b/>
                          <w:sz w:val="16"/>
                          <w:szCs w:val="20"/>
                        </w:rPr>
                      </w:pPr>
                      <w:r w:rsidRPr="00784F42">
                        <w:rPr>
                          <w:b/>
                          <w:color w:val="FFFFFF"/>
                          <w:spacing w:val="-2"/>
                          <w:sz w:val="16"/>
                          <w:szCs w:val="20"/>
                        </w:rPr>
                        <w:t>Fax</w:t>
                      </w:r>
                      <w:r w:rsidRPr="00784F42">
                        <w:rPr>
                          <w:b/>
                          <w:color w:val="FFFFFF"/>
                          <w:spacing w:val="-9"/>
                          <w:sz w:val="16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b/>
                          <w:color w:val="FFFFFF"/>
                          <w:spacing w:val="-2"/>
                          <w:sz w:val="16"/>
                          <w:szCs w:val="20"/>
                        </w:rPr>
                        <w:t>your</w:t>
                      </w:r>
                      <w:r w:rsidRPr="00784F42">
                        <w:rPr>
                          <w:b/>
                          <w:color w:val="FFFFFF"/>
                          <w:spacing w:val="-8"/>
                          <w:sz w:val="16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b/>
                          <w:color w:val="FFFFFF"/>
                          <w:spacing w:val="-2"/>
                          <w:sz w:val="16"/>
                          <w:szCs w:val="20"/>
                        </w:rPr>
                        <w:t>completed</w:t>
                      </w:r>
                      <w:r w:rsidRPr="00784F42">
                        <w:rPr>
                          <w:b/>
                          <w:color w:val="FFFFFF"/>
                          <w:spacing w:val="-8"/>
                          <w:sz w:val="16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b/>
                          <w:color w:val="FFFFFF"/>
                          <w:spacing w:val="-2"/>
                          <w:sz w:val="16"/>
                          <w:szCs w:val="20"/>
                        </w:rPr>
                        <w:t>time</w:t>
                      </w:r>
                      <w:r w:rsidRPr="00784F42">
                        <w:rPr>
                          <w:b/>
                          <w:color w:val="FFFFFF"/>
                          <w:spacing w:val="-8"/>
                          <w:sz w:val="16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b/>
                          <w:color w:val="FFFFFF"/>
                          <w:spacing w:val="-2"/>
                          <w:sz w:val="16"/>
                          <w:szCs w:val="20"/>
                        </w:rPr>
                        <w:t>sheet</w:t>
                      </w:r>
                      <w:r w:rsidRPr="00784F42">
                        <w:rPr>
                          <w:b/>
                          <w:color w:val="FFFFFF"/>
                          <w:spacing w:val="-8"/>
                          <w:sz w:val="16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b/>
                          <w:color w:val="FFFFFF"/>
                          <w:spacing w:val="-2"/>
                          <w:sz w:val="16"/>
                          <w:szCs w:val="20"/>
                        </w:rPr>
                        <w:t>to</w:t>
                      </w:r>
                      <w:r w:rsidRPr="00784F42">
                        <w:rPr>
                          <w:b/>
                          <w:color w:val="FFFFFF"/>
                          <w:spacing w:val="-8"/>
                          <w:sz w:val="16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b/>
                          <w:color w:val="FFFFFF"/>
                          <w:spacing w:val="-2"/>
                          <w:sz w:val="16"/>
                          <w:szCs w:val="20"/>
                        </w:rPr>
                        <w:t>01908</w:t>
                      </w:r>
                      <w:r w:rsidRPr="00784F42">
                        <w:rPr>
                          <w:b/>
                          <w:color w:val="FFFFFF"/>
                          <w:spacing w:val="-8"/>
                          <w:sz w:val="16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b/>
                          <w:color w:val="FFFFFF"/>
                          <w:spacing w:val="-2"/>
                          <w:sz w:val="16"/>
                          <w:szCs w:val="20"/>
                        </w:rPr>
                        <w:t>683907</w:t>
                      </w:r>
                      <w:r w:rsidRPr="00784F42">
                        <w:rPr>
                          <w:b/>
                          <w:color w:val="FFFFFF"/>
                          <w:spacing w:val="-9"/>
                          <w:sz w:val="16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b/>
                          <w:color w:val="FFFFFF"/>
                          <w:spacing w:val="-2"/>
                          <w:sz w:val="16"/>
                          <w:szCs w:val="20"/>
                        </w:rPr>
                        <w:t>or</w:t>
                      </w:r>
                      <w:r w:rsidRPr="00784F42">
                        <w:rPr>
                          <w:b/>
                          <w:color w:val="FFFFFF"/>
                          <w:spacing w:val="-8"/>
                          <w:sz w:val="16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b/>
                          <w:color w:val="FFFFFF"/>
                          <w:spacing w:val="-2"/>
                          <w:sz w:val="16"/>
                          <w:szCs w:val="20"/>
                        </w:rPr>
                        <w:t>alternatively</w:t>
                      </w:r>
                      <w:r w:rsidRPr="00784F42">
                        <w:rPr>
                          <w:b/>
                          <w:color w:val="FFFFFF"/>
                          <w:spacing w:val="-8"/>
                          <w:sz w:val="16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b/>
                          <w:color w:val="FFFFFF"/>
                          <w:spacing w:val="-2"/>
                          <w:sz w:val="16"/>
                          <w:szCs w:val="20"/>
                        </w:rPr>
                        <w:t>email</w:t>
                      </w:r>
                      <w:r w:rsidRPr="00784F42">
                        <w:rPr>
                          <w:b/>
                          <w:color w:val="FFFFFF"/>
                          <w:spacing w:val="-8"/>
                          <w:sz w:val="16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b/>
                          <w:color w:val="FFFFFF"/>
                          <w:spacing w:val="-2"/>
                          <w:sz w:val="16"/>
                          <w:szCs w:val="20"/>
                        </w:rPr>
                        <w:t>it</w:t>
                      </w:r>
                      <w:r w:rsidRPr="00784F42">
                        <w:rPr>
                          <w:b/>
                          <w:color w:val="FFFFFF"/>
                          <w:spacing w:val="-8"/>
                          <w:sz w:val="16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b/>
                          <w:color w:val="FFFFFF"/>
                          <w:spacing w:val="-2"/>
                          <w:sz w:val="16"/>
                          <w:szCs w:val="20"/>
                        </w:rPr>
                        <w:t>to</w:t>
                      </w:r>
                      <w:r w:rsidRPr="00784F42">
                        <w:rPr>
                          <w:b/>
                          <w:color w:val="FFFFFF"/>
                          <w:spacing w:val="-8"/>
                          <w:sz w:val="16"/>
                          <w:szCs w:val="20"/>
                        </w:rPr>
                        <w:t xml:space="preserve"> </w:t>
                      </w:r>
                      <w:hyperlink r:id="rId9">
                        <w:r w:rsidRPr="00784F42">
                          <w:rPr>
                            <w:b/>
                            <w:color w:val="FFFFFF"/>
                            <w:spacing w:val="-2"/>
                            <w:sz w:val="16"/>
                            <w:szCs w:val="20"/>
                          </w:rPr>
                          <w:t>timesheet@locumpeople.co.uk</w:t>
                        </w:r>
                      </w:hyperlink>
                    </w:p>
                    <w:p w14:paraId="1231C0A4" w14:textId="77777777" w:rsidR="00784F42" w:rsidRPr="00784F42" w:rsidRDefault="00784F42" w:rsidP="00784F42">
                      <w:pPr>
                        <w:spacing w:after="0" w:line="249" w:lineRule="auto"/>
                        <w:ind w:left="1369" w:right="1338"/>
                        <w:jc w:val="center"/>
                        <w:rPr>
                          <w:sz w:val="12"/>
                          <w:szCs w:val="20"/>
                        </w:rPr>
                      </w:pP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Cut</w:t>
                      </w:r>
                      <w:r w:rsidRPr="00784F42">
                        <w:rPr>
                          <w:color w:val="FFFFFF"/>
                          <w:spacing w:val="-10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off</w:t>
                      </w:r>
                      <w:r w:rsidRPr="00784F42">
                        <w:rPr>
                          <w:color w:val="FFFFFF"/>
                          <w:spacing w:val="-10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times</w:t>
                      </w:r>
                      <w:r w:rsidRPr="00784F42">
                        <w:rPr>
                          <w:color w:val="FFFFFF"/>
                          <w:spacing w:val="-10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for</w:t>
                      </w:r>
                      <w:r w:rsidRPr="00784F42">
                        <w:rPr>
                          <w:color w:val="FFFFFF"/>
                          <w:spacing w:val="-9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payment:</w:t>
                      </w:r>
                      <w:r w:rsidRPr="00784F42">
                        <w:rPr>
                          <w:color w:val="FFFFFF"/>
                          <w:spacing w:val="-10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Tuesday</w:t>
                      </w:r>
                      <w:r w:rsidRPr="00784F42">
                        <w:rPr>
                          <w:color w:val="FFFFFF"/>
                          <w:spacing w:val="-10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by</w:t>
                      </w:r>
                      <w:r w:rsidRPr="00784F42">
                        <w:rPr>
                          <w:color w:val="FFFFFF"/>
                          <w:spacing w:val="-10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12pm</w:t>
                      </w:r>
                      <w:r w:rsidRPr="00784F42">
                        <w:rPr>
                          <w:color w:val="FFFFFF"/>
                          <w:spacing w:val="-9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(Noon)</w:t>
                      </w:r>
                      <w:r w:rsidRPr="00784F42">
                        <w:rPr>
                          <w:color w:val="FFFFFF"/>
                          <w:spacing w:val="-10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to</w:t>
                      </w:r>
                      <w:r w:rsidRPr="00784F42">
                        <w:rPr>
                          <w:color w:val="FFFFFF"/>
                          <w:spacing w:val="-10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pay</w:t>
                      </w:r>
                      <w:r w:rsidRPr="00784F42">
                        <w:rPr>
                          <w:color w:val="FFFFFF"/>
                          <w:spacing w:val="-9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the</w:t>
                      </w:r>
                      <w:r w:rsidRPr="00784F42">
                        <w:rPr>
                          <w:color w:val="FFFFFF"/>
                          <w:spacing w:val="-10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following</w:t>
                      </w:r>
                      <w:r w:rsidRPr="00784F42">
                        <w:rPr>
                          <w:color w:val="FFFFFF"/>
                          <w:spacing w:val="-10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Friday</w:t>
                      </w:r>
                      <w:r w:rsidRPr="00784F42">
                        <w:rPr>
                          <w:color w:val="FFFFFF"/>
                          <w:spacing w:val="-10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or</w:t>
                      </w:r>
                      <w:r w:rsidRPr="00784F42">
                        <w:rPr>
                          <w:color w:val="FFFFFF"/>
                          <w:spacing w:val="-9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Friday</w:t>
                      </w:r>
                      <w:r w:rsidRPr="00784F42">
                        <w:rPr>
                          <w:color w:val="FFFFFF"/>
                          <w:spacing w:val="-10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by</w:t>
                      </w:r>
                      <w:r w:rsidRPr="00784F42">
                        <w:rPr>
                          <w:color w:val="FFFFFF"/>
                          <w:spacing w:val="-10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9am</w:t>
                      </w:r>
                      <w:r w:rsidRPr="00784F42">
                        <w:rPr>
                          <w:color w:val="FFFFFF"/>
                          <w:spacing w:val="-10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to</w:t>
                      </w:r>
                      <w:r w:rsidRPr="00784F42">
                        <w:rPr>
                          <w:color w:val="FFFFFF"/>
                          <w:spacing w:val="-9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Pay</w:t>
                      </w:r>
                      <w:r w:rsidRPr="00784F42">
                        <w:rPr>
                          <w:color w:val="FFFFFF"/>
                          <w:spacing w:val="-10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the</w:t>
                      </w:r>
                      <w:r w:rsidRPr="00784F42">
                        <w:rPr>
                          <w:color w:val="FFFFFF"/>
                          <w:spacing w:val="-10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following</w:t>
                      </w:r>
                      <w:r w:rsidRPr="00784F42">
                        <w:rPr>
                          <w:color w:val="FFFFFF"/>
                          <w:spacing w:val="-9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Tuesday.</w:t>
                      </w:r>
                      <w:r w:rsidRPr="00784F42">
                        <w:rPr>
                          <w:color w:val="FFFFFF"/>
                          <w:spacing w:val="40"/>
                          <w:sz w:val="12"/>
                          <w:szCs w:val="20"/>
                        </w:rPr>
                        <w:t xml:space="preserve"> </w:t>
                      </w:r>
                      <w:r w:rsidRPr="00784F42">
                        <w:rPr>
                          <w:color w:val="FFFFFF"/>
                          <w:sz w:val="12"/>
                          <w:szCs w:val="20"/>
                        </w:rPr>
                        <w:t>(Please note this will only happen should your account information be up to date and complete.)</w:t>
                      </w:r>
                    </w:p>
                    <w:p w14:paraId="39461AAE" w14:textId="77777777" w:rsidR="00784F42" w:rsidRPr="00784F42" w:rsidRDefault="00784F42" w:rsidP="00784F42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84F42" w:rsidRPr="0035643F" w:rsidSect="00034616">
      <w:headerReference w:type="default" r:id="rId10"/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2C546" w14:textId="77777777" w:rsidR="001A61E1" w:rsidRDefault="001A61E1" w:rsidP="00361753">
      <w:pPr>
        <w:spacing w:after="0" w:line="240" w:lineRule="auto"/>
      </w:pPr>
      <w:r>
        <w:separator/>
      </w:r>
    </w:p>
  </w:endnote>
  <w:endnote w:type="continuationSeparator" w:id="0">
    <w:p w14:paraId="5A7F5BFD" w14:textId="77777777" w:rsidR="001A61E1" w:rsidRDefault="001A61E1" w:rsidP="00361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22954" w14:textId="77777777" w:rsidR="001A61E1" w:rsidRDefault="001A61E1" w:rsidP="00361753">
      <w:pPr>
        <w:spacing w:after="0" w:line="240" w:lineRule="auto"/>
      </w:pPr>
      <w:r>
        <w:separator/>
      </w:r>
    </w:p>
  </w:footnote>
  <w:footnote w:type="continuationSeparator" w:id="0">
    <w:p w14:paraId="72DA52AE" w14:textId="77777777" w:rsidR="001A61E1" w:rsidRDefault="001A61E1" w:rsidP="00361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3293E" w14:textId="2FCAAB7D" w:rsidR="00361753" w:rsidRDefault="00361753">
    <w:pPr>
      <w:pStyle w:val="Header"/>
    </w:pPr>
    <w:r>
      <w:rPr>
        <w:noProof/>
      </w:rPr>
      <w:drawing>
        <wp:anchor distT="0" distB="0" distL="114300" distR="114300" simplePos="0" relativeHeight="251668992" behindDoc="0" locked="0" layoutInCell="1" allowOverlap="1" wp14:anchorId="168A207D" wp14:editId="31562075">
          <wp:simplePos x="0" y="0"/>
          <wp:positionH relativeFrom="column">
            <wp:posOffset>0</wp:posOffset>
          </wp:positionH>
          <wp:positionV relativeFrom="paragraph">
            <wp:posOffset>328295</wp:posOffset>
          </wp:positionV>
          <wp:extent cx="1152525" cy="176530"/>
          <wp:effectExtent l="0" t="0" r="9525" b="0"/>
          <wp:wrapNone/>
          <wp:docPr id="5927793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76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848" behindDoc="0" locked="0" layoutInCell="1" allowOverlap="1" wp14:anchorId="7E16E1C0" wp14:editId="324078D9">
          <wp:simplePos x="0" y="0"/>
          <wp:positionH relativeFrom="column">
            <wp:posOffset>219075</wp:posOffset>
          </wp:positionH>
          <wp:positionV relativeFrom="paragraph">
            <wp:posOffset>-228600</wp:posOffset>
          </wp:positionV>
          <wp:extent cx="463550" cy="511810"/>
          <wp:effectExtent l="0" t="0" r="0" b="2540"/>
          <wp:wrapNone/>
          <wp:docPr id="149571954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53632" behindDoc="0" locked="0" layoutInCell="1" allowOverlap="1" wp14:anchorId="3F919A5E" wp14:editId="59022C79">
              <wp:simplePos x="0" y="0"/>
              <wp:positionH relativeFrom="page">
                <wp:posOffset>228600</wp:posOffset>
              </wp:positionH>
              <wp:positionV relativeFrom="paragraph">
                <wp:posOffset>628650</wp:posOffset>
              </wp:positionV>
              <wp:extent cx="1153795" cy="17335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153795" cy="173355"/>
                        <a:chOff x="0" y="0"/>
                        <a:chExt cx="1153795" cy="17335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531495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495" h="144780">
                              <a:moveTo>
                                <a:pt x="29565" y="0"/>
                              </a:moveTo>
                              <a:lnTo>
                                <a:pt x="0" y="0"/>
                              </a:lnTo>
                              <a:lnTo>
                                <a:pt x="0" y="141960"/>
                              </a:lnTo>
                              <a:lnTo>
                                <a:pt x="29565" y="141960"/>
                              </a:lnTo>
                              <a:lnTo>
                                <a:pt x="29565" y="0"/>
                              </a:lnTo>
                              <a:close/>
                            </a:path>
                            <a:path w="531495" h="144780">
                              <a:moveTo>
                                <a:pt x="153428" y="89649"/>
                              </a:moveTo>
                              <a:lnTo>
                                <a:pt x="149250" y="68922"/>
                              </a:lnTo>
                              <a:lnTo>
                                <a:pt x="149186" y="68592"/>
                              </a:lnTo>
                              <a:lnTo>
                                <a:pt x="144145" y="61264"/>
                              </a:lnTo>
                              <a:lnTo>
                                <a:pt x="137426" y="51485"/>
                              </a:lnTo>
                              <a:lnTo>
                                <a:pt x="124256" y="42989"/>
                              </a:lnTo>
                              <a:lnTo>
                                <a:pt x="124256" y="90436"/>
                              </a:lnTo>
                              <a:lnTo>
                                <a:pt x="122466" y="101015"/>
                              </a:lnTo>
                              <a:lnTo>
                                <a:pt x="122415" y="101346"/>
                              </a:lnTo>
                              <a:lnTo>
                                <a:pt x="117195" y="110185"/>
                              </a:lnTo>
                              <a:lnTo>
                                <a:pt x="117081" y="110388"/>
                              </a:lnTo>
                              <a:lnTo>
                                <a:pt x="108585" y="116535"/>
                              </a:lnTo>
                              <a:lnTo>
                                <a:pt x="97231" y="118821"/>
                              </a:lnTo>
                              <a:lnTo>
                                <a:pt x="86347" y="116535"/>
                              </a:lnTo>
                              <a:lnTo>
                                <a:pt x="86131" y="116535"/>
                              </a:lnTo>
                              <a:lnTo>
                                <a:pt x="77393" y="110185"/>
                              </a:lnTo>
                              <a:lnTo>
                                <a:pt x="71793" y="101015"/>
                              </a:lnTo>
                              <a:lnTo>
                                <a:pt x="69888" y="90436"/>
                              </a:lnTo>
                              <a:lnTo>
                                <a:pt x="69811" y="89649"/>
                              </a:lnTo>
                              <a:lnTo>
                                <a:pt x="71602" y="79070"/>
                              </a:lnTo>
                              <a:lnTo>
                                <a:pt x="71653" y="78727"/>
                              </a:lnTo>
                              <a:lnTo>
                                <a:pt x="76860" y="69888"/>
                              </a:lnTo>
                              <a:lnTo>
                                <a:pt x="76974" y="69697"/>
                              </a:lnTo>
                              <a:lnTo>
                                <a:pt x="85394" y="63601"/>
                              </a:lnTo>
                              <a:lnTo>
                                <a:pt x="85166" y="63601"/>
                              </a:lnTo>
                              <a:lnTo>
                                <a:pt x="96837" y="61264"/>
                              </a:lnTo>
                              <a:lnTo>
                                <a:pt x="108013" y="63601"/>
                              </a:lnTo>
                              <a:lnTo>
                                <a:pt x="116674" y="69888"/>
                              </a:lnTo>
                              <a:lnTo>
                                <a:pt x="122262" y="79070"/>
                              </a:lnTo>
                              <a:lnTo>
                                <a:pt x="124180" y="89649"/>
                              </a:lnTo>
                              <a:lnTo>
                                <a:pt x="124256" y="90436"/>
                              </a:lnTo>
                              <a:lnTo>
                                <a:pt x="124256" y="42989"/>
                              </a:lnTo>
                              <a:lnTo>
                                <a:pt x="119722" y="40055"/>
                              </a:lnTo>
                              <a:lnTo>
                                <a:pt x="119951" y="40055"/>
                              </a:lnTo>
                              <a:lnTo>
                                <a:pt x="97231" y="35788"/>
                              </a:lnTo>
                              <a:lnTo>
                                <a:pt x="56756" y="51676"/>
                              </a:lnTo>
                              <a:lnTo>
                                <a:pt x="40716" y="89649"/>
                              </a:lnTo>
                              <a:lnTo>
                                <a:pt x="40640" y="90436"/>
                              </a:lnTo>
                              <a:lnTo>
                                <a:pt x="44818" y="111150"/>
                              </a:lnTo>
                              <a:lnTo>
                                <a:pt x="44881" y="111480"/>
                              </a:lnTo>
                              <a:lnTo>
                                <a:pt x="56629" y="128587"/>
                              </a:lnTo>
                              <a:lnTo>
                                <a:pt x="74434" y="140093"/>
                              </a:lnTo>
                              <a:lnTo>
                                <a:pt x="96837" y="144297"/>
                              </a:lnTo>
                              <a:lnTo>
                                <a:pt x="119049" y="140093"/>
                              </a:lnTo>
                              <a:lnTo>
                                <a:pt x="119278" y="140093"/>
                              </a:lnTo>
                              <a:lnTo>
                                <a:pt x="137312" y="128397"/>
                              </a:lnTo>
                              <a:lnTo>
                                <a:pt x="143891" y="118821"/>
                              </a:lnTo>
                              <a:lnTo>
                                <a:pt x="149148" y="111150"/>
                              </a:lnTo>
                              <a:lnTo>
                                <a:pt x="153352" y="90436"/>
                              </a:lnTo>
                              <a:lnTo>
                                <a:pt x="153428" y="89649"/>
                              </a:lnTo>
                              <a:close/>
                            </a:path>
                            <a:path w="531495" h="144780">
                              <a:moveTo>
                                <a:pt x="254927" y="125222"/>
                              </a:moveTo>
                              <a:lnTo>
                                <a:pt x="237629" y="107734"/>
                              </a:lnTo>
                              <a:lnTo>
                                <a:pt x="232244" y="112331"/>
                              </a:lnTo>
                              <a:lnTo>
                                <a:pt x="226682" y="115824"/>
                              </a:lnTo>
                              <a:lnTo>
                                <a:pt x="220611" y="118033"/>
                              </a:lnTo>
                              <a:lnTo>
                                <a:pt x="213702" y="118808"/>
                              </a:lnTo>
                              <a:lnTo>
                                <a:pt x="202755" y="116560"/>
                              </a:lnTo>
                              <a:lnTo>
                                <a:pt x="194424" y="110401"/>
                              </a:lnTo>
                              <a:lnTo>
                                <a:pt x="189115" y="101257"/>
                              </a:lnTo>
                              <a:lnTo>
                                <a:pt x="187261" y="90030"/>
                              </a:lnTo>
                              <a:lnTo>
                                <a:pt x="189128" y="78740"/>
                              </a:lnTo>
                              <a:lnTo>
                                <a:pt x="194360" y="69697"/>
                              </a:lnTo>
                              <a:lnTo>
                                <a:pt x="202349" y="63538"/>
                              </a:lnTo>
                              <a:lnTo>
                                <a:pt x="212534" y="61252"/>
                              </a:lnTo>
                              <a:lnTo>
                                <a:pt x="219748" y="62064"/>
                              </a:lnTo>
                              <a:lnTo>
                                <a:pt x="225856" y="64363"/>
                              </a:lnTo>
                              <a:lnTo>
                                <a:pt x="231241" y="67983"/>
                              </a:lnTo>
                              <a:lnTo>
                                <a:pt x="236258" y="72720"/>
                              </a:lnTo>
                              <a:lnTo>
                                <a:pt x="254342" y="53276"/>
                              </a:lnTo>
                              <a:lnTo>
                                <a:pt x="246507" y="45961"/>
                              </a:lnTo>
                              <a:lnTo>
                                <a:pt x="237261" y="40449"/>
                              </a:lnTo>
                              <a:lnTo>
                                <a:pt x="226148" y="36982"/>
                              </a:lnTo>
                              <a:lnTo>
                                <a:pt x="212737" y="35775"/>
                              </a:lnTo>
                              <a:lnTo>
                                <a:pt x="190741" y="40081"/>
                              </a:lnTo>
                              <a:lnTo>
                                <a:pt x="173456" y="51752"/>
                              </a:lnTo>
                              <a:lnTo>
                                <a:pt x="162140" y="69011"/>
                              </a:lnTo>
                              <a:lnTo>
                                <a:pt x="158089" y="90030"/>
                              </a:lnTo>
                              <a:lnTo>
                                <a:pt x="162166" y="111391"/>
                              </a:lnTo>
                              <a:lnTo>
                                <a:pt x="173482" y="128511"/>
                              </a:lnTo>
                              <a:lnTo>
                                <a:pt x="190652" y="140055"/>
                              </a:lnTo>
                              <a:lnTo>
                                <a:pt x="212344" y="144284"/>
                              </a:lnTo>
                              <a:lnTo>
                                <a:pt x="226352" y="142875"/>
                              </a:lnTo>
                              <a:lnTo>
                                <a:pt x="237642" y="138912"/>
                              </a:lnTo>
                              <a:lnTo>
                                <a:pt x="246938" y="132880"/>
                              </a:lnTo>
                              <a:lnTo>
                                <a:pt x="254927" y="125222"/>
                              </a:lnTo>
                              <a:close/>
                            </a:path>
                            <a:path w="531495" h="144780">
                              <a:moveTo>
                                <a:pt x="357212" y="37731"/>
                              </a:moveTo>
                              <a:lnTo>
                                <a:pt x="327660" y="37731"/>
                              </a:lnTo>
                              <a:lnTo>
                                <a:pt x="327660" y="95872"/>
                              </a:lnTo>
                              <a:lnTo>
                                <a:pt x="326351" y="105092"/>
                              </a:lnTo>
                              <a:lnTo>
                                <a:pt x="322643" y="111721"/>
                              </a:lnTo>
                              <a:lnTo>
                                <a:pt x="316826" y="115722"/>
                              </a:lnTo>
                              <a:lnTo>
                                <a:pt x="309181" y="117068"/>
                              </a:lnTo>
                              <a:lnTo>
                                <a:pt x="301625" y="115722"/>
                              </a:lnTo>
                              <a:lnTo>
                                <a:pt x="296011" y="111721"/>
                              </a:lnTo>
                              <a:lnTo>
                                <a:pt x="292506" y="105092"/>
                              </a:lnTo>
                              <a:lnTo>
                                <a:pt x="291299" y="95872"/>
                              </a:lnTo>
                              <a:lnTo>
                                <a:pt x="291299" y="37731"/>
                              </a:lnTo>
                              <a:lnTo>
                                <a:pt x="261747" y="37731"/>
                              </a:lnTo>
                              <a:lnTo>
                                <a:pt x="261747" y="105206"/>
                              </a:lnTo>
                              <a:lnTo>
                                <a:pt x="264121" y="121335"/>
                              </a:lnTo>
                              <a:lnTo>
                                <a:pt x="271056" y="133527"/>
                              </a:lnTo>
                              <a:lnTo>
                                <a:pt x="282168" y="141224"/>
                              </a:lnTo>
                              <a:lnTo>
                                <a:pt x="297129" y="143903"/>
                              </a:lnTo>
                              <a:lnTo>
                                <a:pt x="307251" y="142519"/>
                              </a:lnTo>
                              <a:lnTo>
                                <a:pt x="315455" y="138823"/>
                              </a:lnTo>
                              <a:lnTo>
                                <a:pt x="322122" y="133477"/>
                              </a:lnTo>
                              <a:lnTo>
                                <a:pt x="327660" y="127177"/>
                              </a:lnTo>
                              <a:lnTo>
                                <a:pt x="327660" y="141960"/>
                              </a:lnTo>
                              <a:lnTo>
                                <a:pt x="357212" y="141960"/>
                              </a:lnTo>
                              <a:lnTo>
                                <a:pt x="357212" y="37731"/>
                              </a:lnTo>
                              <a:close/>
                            </a:path>
                            <a:path w="531495" h="144780">
                              <a:moveTo>
                                <a:pt x="531050" y="74091"/>
                              </a:moveTo>
                              <a:lnTo>
                                <a:pt x="528637" y="57518"/>
                              </a:lnTo>
                              <a:lnTo>
                                <a:pt x="521690" y="45529"/>
                              </a:lnTo>
                              <a:lnTo>
                                <a:pt x="510628" y="38239"/>
                              </a:lnTo>
                              <a:lnTo>
                                <a:pt x="495858" y="35788"/>
                              </a:lnTo>
                              <a:lnTo>
                                <a:pt x="485800" y="36868"/>
                              </a:lnTo>
                              <a:lnTo>
                                <a:pt x="476846" y="40043"/>
                              </a:lnTo>
                              <a:lnTo>
                                <a:pt x="468845" y="45212"/>
                              </a:lnTo>
                              <a:lnTo>
                                <a:pt x="461632" y="52311"/>
                              </a:lnTo>
                              <a:lnTo>
                                <a:pt x="456653" y="45300"/>
                              </a:lnTo>
                              <a:lnTo>
                                <a:pt x="450011" y="40119"/>
                              </a:lnTo>
                              <a:lnTo>
                                <a:pt x="441833" y="36893"/>
                              </a:lnTo>
                              <a:lnTo>
                                <a:pt x="432269" y="35788"/>
                              </a:lnTo>
                              <a:lnTo>
                                <a:pt x="422109" y="37172"/>
                              </a:lnTo>
                              <a:lnTo>
                                <a:pt x="413842" y="40868"/>
                              </a:lnTo>
                              <a:lnTo>
                                <a:pt x="407111" y="46202"/>
                              </a:lnTo>
                              <a:lnTo>
                                <a:pt x="401548" y="52514"/>
                              </a:lnTo>
                              <a:lnTo>
                                <a:pt x="401548" y="37731"/>
                              </a:lnTo>
                              <a:lnTo>
                                <a:pt x="371995" y="37731"/>
                              </a:lnTo>
                              <a:lnTo>
                                <a:pt x="371995" y="141960"/>
                              </a:lnTo>
                              <a:lnTo>
                                <a:pt x="401548" y="141960"/>
                              </a:lnTo>
                              <a:lnTo>
                                <a:pt x="401548" y="83820"/>
                              </a:lnTo>
                              <a:lnTo>
                                <a:pt x="402780" y="74599"/>
                              </a:lnTo>
                              <a:lnTo>
                                <a:pt x="406336" y="67970"/>
                              </a:lnTo>
                              <a:lnTo>
                                <a:pt x="411962" y="63969"/>
                              </a:lnTo>
                              <a:lnTo>
                                <a:pt x="419430" y="62623"/>
                              </a:lnTo>
                              <a:lnTo>
                                <a:pt x="426808" y="63969"/>
                              </a:lnTo>
                              <a:lnTo>
                                <a:pt x="432244" y="67970"/>
                              </a:lnTo>
                              <a:lnTo>
                                <a:pt x="435597" y="74599"/>
                              </a:lnTo>
                              <a:lnTo>
                                <a:pt x="436740" y="83820"/>
                              </a:lnTo>
                              <a:lnTo>
                                <a:pt x="436740" y="141960"/>
                              </a:lnTo>
                              <a:lnTo>
                                <a:pt x="466305" y="141960"/>
                              </a:lnTo>
                              <a:lnTo>
                                <a:pt x="466305" y="83820"/>
                              </a:lnTo>
                              <a:lnTo>
                                <a:pt x="467537" y="74599"/>
                              </a:lnTo>
                              <a:lnTo>
                                <a:pt x="471093" y="67970"/>
                              </a:lnTo>
                              <a:lnTo>
                                <a:pt x="476719" y="63969"/>
                              </a:lnTo>
                              <a:lnTo>
                                <a:pt x="484187" y="62623"/>
                              </a:lnTo>
                              <a:lnTo>
                                <a:pt x="491566" y="63969"/>
                              </a:lnTo>
                              <a:lnTo>
                                <a:pt x="497001" y="67970"/>
                              </a:lnTo>
                              <a:lnTo>
                                <a:pt x="500354" y="74599"/>
                              </a:lnTo>
                              <a:lnTo>
                                <a:pt x="501497" y="83820"/>
                              </a:lnTo>
                              <a:lnTo>
                                <a:pt x="501497" y="141960"/>
                              </a:lnTo>
                              <a:lnTo>
                                <a:pt x="531050" y="141960"/>
                              </a:lnTo>
                              <a:lnTo>
                                <a:pt x="531050" y="740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867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545058" y="0"/>
                          <a:ext cx="608965" cy="173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65" h="173355">
                              <a:moveTo>
                                <a:pt x="109474" y="89649"/>
                              </a:moveTo>
                              <a:lnTo>
                                <a:pt x="105473" y="66548"/>
                              </a:lnTo>
                              <a:lnTo>
                                <a:pt x="101904" y="60871"/>
                              </a:lnTo>
                              <a:lnTo>
                                <a:pt x="96774" y="52705"/>
                              </a:lnTo>
                              <a:lnTo>
                                <a:pt x="94869" y="49669"/>
                              </a:lnTo>
                              <a:lnTo>
                                <a:pt x="79921" y="39471"/>
                              </a:lnTo>
                              <a:lnTo>
                                <a:pt x="79921" y="89649"/>
                              </a:lnTo>
                              <a:lnTo>
                                <a:pt x="79921" y="90043"/>
                              </a:lnTo>
                              <a:lnTo>
                                <a:pt x="77876" y="101930"/>
                              </a:lnTo>
                              <a:lnTo>
                                <a:pt x="72351" y="110998"/>
                              </a:lnTo>
                              <a:lnTo>
                                <a:pt x="64249" y="116789"/>
                              </a:lnTo>
                              <a:lnTo>
                                <a:pt x="54444" y="118821"/>
                              </a:lnTo>
                              <a:lnTo>
                                <a:pt x="44805" y="116789"/>
                              </a:lnTo>
                              <a:lnTo>
                                <a:pt x="39687" y="113144"/>
                              </a:lnTo>
                              <a:lnTo>
                                <a:pt x="36728" y="110998"/>
                              </a:lnTo>
                              <a:lnTo>
                                <a:pt x="31229" y="101930"/>
                              </a:lnTo>
                              <a:lnTo>
                                <a:pt x="29171" y="90043"/>
                              </a:lnTo>
                              <a:lnTo>
                                <a:pt x="29171" y="89649"/>
                              </a:lnTo>
                              <a:lnTo>
                                <a:pt x="31178" y="77851"/>
                              </a:lnTo>
                              <a:lnTo>
                                <a:pt x="36626" y="68770"/>
                              </a:lnTo>
                              <a:lnTo>
                                <a:pt x="44665" y="62941"/>
                              </a:lnTo>
                              <a:lnTo>
                                <a:pt x="54444" y="60871"/>
                              </a:lnTo>
                              <a:lnTo>
                                <a:pt x="64249" y="62941"/>
                              </a:lnTo>
                              <a:lnTo>
                                <a:pt x="72351" y="68770"/>
                              </a:lnTo>
                              <a:lnTo>
                                <a:pt x="77876" y="77851"/>
                              </a:lnTo>
                              <a:lnTo>
                                <a:pt x="79921" y="89649"/>
                              </a:lnTo>
                              <a:lnTo>
                                <a:pt x="79921" y="39471"/>
                              </a:lnTo>
                              <a:lnTo>
                                <a:pt x="79692" y="39306"/>
                              </a:lnTo>
                              <a:lnTo>
                                <a:pt x="62026" y="35788"/>
                              </a:lnTo>
                              <a:lnTo>
                                <a:pt x="51485" y="37071"/>
                              </a:lnTo>
                              <a:lnTo>
                                <a:pt x="42735" y="40601"/>
                              </a:lnTo>
                              <a:lnTo>
                                <a:pt x="35509" y="45961"/>
                              </a:lnTo>
                              <a:lnTo>
                                <a:pt x="29552" y="52705"/>
                              </a:lnTo>
                              <a:lnTo>
                                <a:pt x="29552" y="37731"/>
                              </a:lnTo>
                              <a:lnTo>
                                <a:pt x="0" y="37731"/>
                              </a:lnTo>
                              <a:lnTo>
                                <a:pt x="0" y="173062"/>
                              </a:lnTo>
                              <a:lnTo>
                                <a:pt x="29552" y="173062"/>
                              </a:lnTo>
                              <a:lnTo>
                                <a:pt x="29552" y="128346"/>
                              </a:lnTo>
                              <a:lnTo>
                                <a:pt x="35369" y="134302"/>
                              </a:lnTo>
                              <a:lnTo>
                                <a:pt x="42506" y="139255"/>
                              </a:lnTo>
                              <a:lnTo>
                                <a:pt x="51295" y="142646"/>
                              </a:lnTo>
                              <a:lnTo>
                                <a:pt x="62026" y="143903"/>
                              </a:lnTo>
                              <a:lnTo>
                                <a:pt x="79857" y="140385"/>
                              </a:lnTo>
                              <a:lnTo>
                                <a:pt x="95008" y="130022"/>
                              </a:lnTo>
                              <a:lnTo>
                                <a:pt x="96050" y="128346"/>
                              </a:lnTo>
                              <a:lnTo>
                                <a:pt x="101993" y="118821"/>
                              </a:lnTo>
                              <a:lnTo>
                                <a:pt x="105537" y="113144"/>
                              </a:lnTo>
                              <a:lnTo>
                                <a:pt x="109474" y="90043"/>
                              </a:lnTo>
                              <a:lnTo>
                                <a:pt x="109474" y="89649"/>
                              </a:lnTo>
                              <a:close/>
                            </a:path>
                            <a:path w="608965" h="173355">
                              <a:moveTo>
                                <a:pt x="216814" y="92367"/>
                              </a:moveTo>
                              <a:lnTo>
                                <a:pt x="215290" y="81673"/>
                              </a:lnTo>
                              <a:lnTo>
                                <a:pt x="213779" y="71056"/>
                              </a:lnTo>
                              <a:lnTo>
                                <a:pt x="207835" y="59512"/>
                              </a:lnTo>
                              <a:lnTo>
                                <a:pt x="204482" y="52997"/>
                              </a:lnTo>
                              <a:lnTo>
                                <a:pt x="188671" y="40474"/>
                              </a:lnTo>
                              <a:lnTo>
                                <a:pt x="188036" y="40347"/>
                              </a:lnTo>
                              <a:lnTo>
                                <a:pt x="188036" y="81673"/>
                              </a:lnTo>
                              <a:lnTo>
                                <a:pt x="143510" y="81673"/>
                              </a:lnTo>
                              <a:lnTo>
                                <a:pt x="166065" y="59512"/>
                              </a:lnTo>
                              <a:lnTo>
                                <a:pt x="174498" y="61112"/>
                              </a:lnTo>
                              <a:lnTo>
                                <a:pt x="181063" y="65633"/>
                              </a:lnTo>
                              <a:lnTo>
                                <a:pt x="185610" y="72631"/>
                              </a:lnTo>
                              <a:lnTo>
                                <a:pt x="188036" y="81673"/>
                              </a:lnTo>
                              <a:lnTo>
                                <a:pt x="188036" y="40347"/>
                              </a:lnTo>
                              <a:lnTo>
                                <a:pt x="166065" y="35788"/>
                              </a:lnTo>
                              <a:lnTo>
                                <a:pt x="145211" y="40081"/>
                              </a:lnTo>
                              <a:lnTo>
                                <a:pt x="128917" y="51752"/>
                              </a:lnTo>
                              <a:lnTo>
                                <a:pt x="118325" y="69011"/>
                              </a:lnTo>
                              <a:lnTo>
                                <a:pt x="114541" y="90043"/>
                              </a:lnTo>
                              <a:lnTo>
                                <a:pt x="114541" y="90436"/>
                              </a:lnTo>
                              <a:lnTo>
                                <a:pt x="118643" y="112293"/>
                              </a:lnTo>
                              <a:lnTo>
                                <a:pt x="130022" y="129324"/>
                              </a:lnTo>
                              <a:lnTo>
                                <a:pt x="147269" y="140360"/>
                              </a:lnTo>
                              <a:lnTo>
                                <a:pt x="168986" y="144297"/>
                              </a:lnTo>
                              <a:lnTo>
                                <a:pt x="182219" y="142951"/>
                              </a:lnTo>
                              <a:lnTo>
                                <a:pt x="193700" y="139090"/>
                              </a:lnTo>
                              <a:lnTo>
                                <a:pt x="203454" y="132969"/>
                              </a:lnTo>
                              <a:lnTo>
                                <a:pt x="211569" y="124853"/>
                              </a:lnTo>
                              <a:lnTo>
                                <a:pt x="206730" y="120573"/>
                              </a:lnTo>
                              <a:lnTo>
                                <a:pt x="194652" y="109880"/>
                              </a:lnTo>
                              <a:lnTo>
                                <a:pt x="188645" y="114744"/>
                              </a:lnTo>
                              <a:lnTo>
                                <a:pt x="182664" y="118071"/>
                              </a:lnTo>
                              <a:lnTo>
                                <a:pt x="176352" y="119964"/>
                              </a:lnTo>
                              <a:lnTo>
                                <a:pt x="169367" y="120573"/>
                              </a:lnTo>
                              <a:lnTo>
                                <a:pt x="160210" y="119265"/>
                              </a:lnTo>
                              <a:lnTo>
                                <a:pt x="152768" y="115392"/>
                              </a:lnTo>
                              <a:lnTo>
                                <a:pt x="147243" y="109004"/>
                              </a:lnTo>
                              <a:lnTo>
                                <a:pt x="143903" y="100152"/>
                              </a:lnTo>
                              <a:lnTo>
                                <a:pt x="216433" y="100152"/>
                              </a:lnTo>
                              <a:lnTo>
                                <a:pt x="216623" y="97434"/>
                              </a:lnTo>
                              <a:lnTo>
                                <a:pt x="216814" y="95681"/>
                              </a:lnTo>
                              <a:lnTo>
                                <a:pt x="216814" y="92367"/>
                              </a:lnTo>
                              <a:close/>
                            </a:path>
                            <a:path w="608965" h="173355">
                              <a:moveTo>
                                <a:pt x="334848" y="89649"/>
                              </a:moveTo>
                              <a:lnTo>
                                <a:pt x="330669" y="68922"/>
                              </a:lnTo>
                              <a:lnTo>
                                <a:pt x="330606" y="68592"/>
                              </a:lnTo>
                              <a:lnTo>
                                <a:pt x="325564" y="61264"/>
                              </a:lnTo>
                              <a:lnTo>
                                <a:pt x="318846" y="51485"/>
                              </a:lnTo>
                              <a:lnTo>
                                <a:pt x="305676" y="42989"/>
                              </a:lnTo>
                              <a:lnTo>
                                <a:pt x="305676" y="90436"/>
                              </a:lnTo>
                              <a:lnTo>
                                <a:pt x="303885" y="101015"/>
                              </a:lnTo>
                              <a:lnTo>
                                <a:pt x="303834" y="101346"/>
                              </a:lnTo>
                              <a:lnTo>
                                <a:pt x="298615" y="110185"/>
                              </a:lnTo>
                              <a:lnTo>
                                <a:pt x="298500" y="110388"/>
                              </a:lnTo>
                              <a:lnTo>
                                <a:pt x="290004" y="116535"/>
                              </a:lnTo>
                              <a:lnTo>
                                <a:pt x="278650" y="118821"/>
                              </a:lnTo>
                              <a:lnTo>
                                <a:pt x="267766" y="116535"/>
                              </a:lnTo>
                              <a:lnTo>
                                <a:pt x="267550" y="116535"/>
                              </a:lnTo>
                              <a:lnTo>
                                <a:pt x="258813" y="110185"/>
                              </a:lnTo>
                              <a:lnTo>
                                <a:pt x="253212" y="101015"/>
                              </a:lnTo>
                              <a:lnTo>
                                <a:pt x="251307" y="90436"/>
                              </a:lnTo>
                              <a:lnTo>
                                <a:pt x="251231" y="89649"/>
                              </a:lnTo>
                              <a:lnTo>
                                <a:pt x="253022" y="79070"/>
                              </a:lnTo>
                              <a:lnTo>
                                <a:pt x="253072" y="78727"/>
                              </a:lnTo>
                              <a:lnTo>
                                <a:pt x="258279" y="69888"/>
                              </a:lnTo>
                              <a:lnTo>
                                <a:pt x="258394" y="69697"/>
                              </a:lnTo>
                              <a:lnTo>
                                <a:pt x="266814" y="63601"/>
                              </a:lnTo>
                              <a:lnTo>
                                <a:pt x="266585" y="63601"/>
                              </a:lnTo>
                              <a:lnTo>
                                <a:pt x="278257" y="61264"/>
                              </a:lnTo>
                              <a:lnTo>
                                <a:pt x="289433" y="63601"/>
                              </a:lnTo>
                              <a:lnTo>
                                <a:pt x="298094" y="69888"/>
                              </a:lnTo>
                              <a:lnTo>
                                <a:pt x="303682" y="79070"/>
                              </a:lnTo>
                              <a:lnTo>
                                <a:pt x="305600" y="89649"/>
                              </a:lnTo>
                              <a:lnTo>
                                <a:pt x="305676" y="90436"/>
                              </a:lnTo>
                              <a:lnTo>
                                <a:pt x="305676" y="42989"/>
                              </a:lnTo>
                              <a:lnTo>
                                <a:pt x="301142" y="40055"/>
                              </a:lnTo>
                              <a:lnTo>
                                <a:pt x="301371" y="40055"/>
                              </a:lnTo>
                              <a:lnTo>
                                <a:pt x="278650" y="35788"/>
                              </a:lnTo>
                              <a:lnTo>
                                <a:pt x="238175" y="51676"/>
                              </a:lnTo>
                              <a:lnTo>
                                <a:pt x="222135" y="89649"/>
                              </a:lnTo>
                              <a:lnTo>
                                <a:pt x="222059" y="90436"/>
                              </a:lnTo>
                              <a:lnTo>
                                <a:pt x="226237" y="111150"/>
                              </a:lnTo>
                              <a:lnTo>
                                <a:pt x="226301" y="111480"/>
                              </a:lnTo>
                              <a:lnTo>
                                <a:pt x="238048" y="128587"/>
                              </a:lnTo>
                              <a:lnTo>
                                <a:pt x="255854" y="140093"/>
                              </a:lnTo>
                              <a:lnTo>
                                <a:pt x="278257" y="144297"/>
                              </a:lnTo>
                              <a:lnTo>
                                <a:pt x="300469" y="140093"/>
                              </a:lnTo>
                              <a:lnTo>
                                <a:pt x="300697" y="140093"/>
                              </a:lnTo>
                              <a:lnTo>
                                <a:pt x="318731" y="128397"/>
                              </a:lnTo>
                              <a:lnTo>
                                <a:pt x="325310" y="118821"/>
                              </a:lnTo>
                              <a:lnTo>
                                <a:pt x="330568" y="111150"/>
                              </a:lnTo>
                              <a:lnTo>
                                <a:pt x="334772" y="90436"/>
                              </a:lnTo>
                              <a:lnTo>
                                <a:pt x="334848" y="89649"/>
                              </a:lnTo>
                              <a:close/>
                            </a:path>
                            <a:path w="608965" h="173355">
                              <a:moveTo>
                                <a:pt x="454037" y="89649"/>
                              </a:moveTo>
                              <a:lnTo>
                                <a:pt x="450049" y="66548"/>
                              </a:lnTo>
                              <a:lnTo>
                                <a:pt x="446481" y="60871"/>
                              </a:lnTo>
                              <a:lnTo>
                                <a:pt x="441337" y="52705"/>
                              </a:lnTo>
                              <a:lnTo>
                                <a:pt x="439432" y="49669"/>
                              </a:lnTo>
                              <a:lnTo>
                                <a:pt x="424484" y="39471"/>
                              </a:lnTo>
                              <a:lnTo>
                                <a:pt x="424484" y="89649"/>
                              </a:lnTo>
                              <a:lnTo>
                                <a:pt x="424484" y="90043"/>
                              </a:lnTo>
                              <a:lnTo>
                                <a:pt x="422452" y="101930"/>
                              </a:lnTo>
                              <a:lnTo>
                                <a:pt x="416928" y="110998"/>
                              </a:lnTo>
                              <a:lnTo>
                                <a:pt x="408813" y="116789"/>
                              </a:lnTo>
                              <a:lnTo>
                                <a:pt x="399008" y="118821"/>
                              </a:lnTo>
                              <a:lnTo>
                                <a:pt x="389369" y="116789"/>
                              </a:lnTo>
                              <a:lnTo>
                                <a:pt x="384251" y="113144"/>
                              </a:lnTo>
                              <a:lnTo>
                                <a:pt x="381304" y="110998"/>
                              </a:lnTo>
                              <a:lnTo>
                                <a:pt x="375793" y="101930"/>
                              </a:lnTo>
                              <a:lnTo>
                                <a:pt x="373735" y="90043"/>
                              </a:lnTo>
                              <a:lnTo>
                                <a:pt x="373735" y="89649"/>
                              </a:lnTo>
                              <a:lnTo>
                                <a:pt x="375742" y="77851"/>
                              </a:lnTo>
                              <a:lnTo>
                                <a:pt x="381203" y="68770"/>
                              </a:lnTo>
                              <a:lnTo>
                                <a:pt x="389242" y="62941"/>
                              </a:lnTo>
                              <a:lnTo>
                                <a:pt x="399008" y="60871"/>
                              </a:lnTo>
                              <a:lnTo>
                                <a:pt x="408813" y="62941"/>
                              </a:lnTo>
                              <a:lnTo>
                                <a:pt x="416928" y="68770"/>
                              </a:lnTo>
                              <a:lnTo>
                                <a:pt x="422452" y="77851"/>
                              </a:lnTo>
                              <a:lnTo>
                                <a:pt x="424484" y="89649"/>
                              </a:lnTo>
                              <a:lnTo>
                                <a:pt x="424484" y="39471"/>
                              </a:lnTo>
                              <a:lnTo>
                                <a:pt x="424256" y="39306"/>
                              </a:lnTo>
                              <a:lnTo>
                                <a:pt x="406590" y="35788"/>
                              </a:lnTo>
                              <a:lnTo>
                                <a:pt x="396049" y="37071"/>
                              </a:lnTo>
                              <a:lnTo>
                                <a:pt x="387299" y="40601"/>
                              </a:lnTo>
                              <a:lnTo>
                                <a:pt x="380072" y="45961"/>
                              </a:lnTo>
                              <a:lnTo>
                                <a:pt x="374116" y="52705"/>
                              </a:lnTo>
                              <a:lnTo>
                                <a:pt x="374116" y="37731"/>
                              </a:lnTo>
                              <a:lnTo>
                                <a:pt x="344563" y="37731"/>
                              </a:lnTo>
                              <a:lnTo>
                                <a:pt x="344563" y="173062"/>
                              </a:lnTo>
                              <a:lnTo>
                                <a:pt x="374116" y="173062"/>
                              </a:lnTo>
                              <a:lnTo>
                                <a:pt x="374116" y="128346"/>
                              </a:lnTo>
                              <a:lnTo>
                                <a:pt x="379933" y="134302"/>
                              </a:lnTo>
                              <a:lnTo>
                                <a:pt x="387083" y="139255"/>
                              </a:lnTo>
                              <a:lnTo>
                                <a:pt x="395859" y="142646"/>
                              </a:lnTo>
                              <a:lnTo>
                                <a:pt x="406590" y="143903"/>
                              </a:lnTo>
                              <a:lnTo>
                                <a:pt x="424421" y="140385"/>
                              </a:lnTo>
                              <a:lnTo>
                                <a:pt x="439585" y="130022"/>
                              </a:lnTo>
                              <a:lnTo>
                                <a:pt x="440626" y="128346"/>
                              </a:lnTo>
                              <a:lnTo>
                                <a:pt x="446557" y="118821"/>
                              </a:lnTo>
                              <a:lnTo>
                                <a:pt x="450100" y="113144"/>
                              </a:lnTo>
                              <a:lnTo>
                                <a:pt x="454037" y="90043"/>
                              </a:lnTo>
                              <a:lnTo>
                                <a:pt x="454037" y="89649"/>
                              </a:lnTo>
                              <a:close/>
                            </a:path>
                            <a:path w="608965" h="173355">
                              <a:moveTo>
                                <a:pt x="495084" y="0"/>
                              </a:moveTo>
                              <a:lnTo>
                                <a:pt x="465518" y="0"/>
                              </a:lnTo>
                              <a:lnTo>
                                <a:pt x="465518" y="141960"/>
                              </a:lnTo>
                              <a:lnTo>
                                <a:pt x="495084" y="141960"/>
                              </a:lnTo>
                              <a:lnTo>
                                <a:pt x="495084" y="0"/>
                              </a:lnTo>
                              <a:close/>
                            </a:path>
                            <a:path w="608965" h="173355">
                              <a:moveTo>
                                <a:pt x="608431" y="92367"/>
                              </a:moveTo>
                              <a:lnTo>
                                <a:pt x="606907" y="81673"/>
                              </a:lnTo>
                              <a:lnTo>
                                <a:pt x="605396" y="71056"/>
                              </a:lnTo>
                              <a:lnTo>
                                <a:pt x="599465" y="59512"/>
                              </a:lnTo>
                              <a:lnTo>
                                <a:pt x="596112" y="52997"/>
                              </a:lnTo>
                              <a:lnTo>
                                <a:pt x="580301" y="40474"/>
                              </a:lnTo>
                              <a:lnTo>
                                <a:pt x="579653" y="40347"/>
                              </a:lnTo>
                              <a:lnTo>
                                <a:pt x="579653" y="81673"/>
                              </a:lnTo>
                              <a:lnTo>
                                <a:pt x="535127" y="81673"/>
                              </a:lnTo>
                              <a:lnTo>
                                <a:pt x="557682" y="59512"/>
                              </a:lnTo>
                              <a:lnTo>
                                <a:pt x="566127" y="61112"/>
                              </a:lnTo>
                              <a:lnTo>
                                <a:pt x="572681" y="65633"/>
                              </a:lnTo>
                              <a:lnTo>
                                <a:pt x="577240" y="72631"/>
                              </a:lnTo>
                              <a:lnTo>
                                <a:pt x="579653" y="81673"/>
                              </a:lnTo>
                              <a:lnTo>
                                <a:pt x="579653" y="40347"/>
                              </a:lnTo>
                              <a:lnTo>
                                <a:pt x="557682" y="35788"/>
                              </a:lnTo>
                              <a:lnTo>
                                <a:pt x="536841" y="40081"/>
                              </a:lnTo>
                              <a:lnTo>
                                <a:pt x="520547" y="51752"/>
                              </a:lnTo>
                              <a:lnTo>
                                <a:pt x="509943" y="69011"/>
                              </a:lnTo>
                              <a:lnTo>
                                <a:pt x="506158" y="90043"/>
                              </a:lnTo>
                              <a:lnTo>
                                <a:pt x="506158" y="90436"/>
                              </a:lnTo>
                              <a:lnTo>
                                <a:pt x="510273" y="112293"/>
                              </a:lnTo>
                              <a:lnTo>
                                <a:pt x="521639" y="129324"/>
                              </a:lnTo>
                              <a:lnTo>
                                <a:pt x="538899" y="140360"/>
                              </a:lnTo>
                              <a:lnTo>
                                <a:pt x="560603" y="144297"/>
                              </a:lnTo>
                              <a:lnTo>
                                <a:pt x="573849" y="142951"/>
                              </a:lnTo>
                              <a:lnTo>
                                <a:pt x="585317" y="139090"/>
                              </a:lnTo>
                              <a:lnTo>
                                <a:pt x="595083" y="132969"/>
                              </a:lnTo>
                              <a:lnTo>
                                <a:pt x="603186" y="124853"/>
                              </a:lnTo>
                              <a:lnTo>
                                <a:pt x="598360" y="120573"/>
                              </a:lnTo>
                              <a:lnTo>
                                <a:pt x="586270" y="109880"/>
                              </a:lnTo>
                              <a:lnTo>
                                <a:pt x="580275" y="114744"/>
                              </a:lnTo>
                              <a:lnTo>
                                <a:pt x="574294" y="118071"/>
                              </a:lnTo>
                              <a:lnTo>
                                <a:pt x="567969" y="119964"/>
                              </a:lnTo>
                              <a:lnTo>
                                <a:pt x="560984" y="120573"/>
                              </a:lnTo>
                              <a:lnTo>
                                <a:pt x="551840" y="119265"/>
                              </a:lnTo>
                              <a:lnTo>
                                <a:pt x="544385" y="115392"/>
                              </a:lnTo>
                              <a:lnTo>
                                <a:pt x="538873" y="109004"/>
                              </a:lnTo>
                              <a:lnTo>
                                <a:pt x="535520" y="100152"/>
                              </a:lnTo>
                              <a:lnTo>
                                <a:pt x="608050" y="100152"/>
                              </a:lnTo>
                              <a:lnTo>
                                <a:pt x="608241" y="97434"/>
                              </a:lnTo>
                              <a:lnTo>
                                <a:pt x="608431" y="95681"/>
                              </a:lnTo>
                              <a:lnTo>
                                <a:pt x="608431" y="923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2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57E82D3" id="Group 1" o:spid="_x0000_s1026" style="position:absolute;margin-left:18pt;margin-top:49.5pt;width:90.85pt;height:13.65pt;z-index:251653632;mso-wrap-distance-left:0;mso-wrap-distance-right:0;mso-position-horizontal-relative:page" coordsize="11537,1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">
              <v:shape id="Graphic 2" o:spid="_x0000_s1027" style="position:absolute;width:5314;height:1447;visibility:visible;mso-wrap-style:square;v-text-anchor:top" coordsize="53149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" path="m29565,l,,,141960r29565,l29565,xem153428,89649l149250,68922r-64,-330l144145,61264r-6719,-9779l124256,42989r,47447l122466,101015r-51,331l117195,110185r-114,203l108585,116535r-11354,2286l86347,116535r-216,l77393,110185r-5600,-9170l69888,90436r-77,-787l71602,79070r51,-343l76860,69888r114,-191l85394,63601r-228,l96837,61264r11176,2337l116674,69888r5588,9182l124180,89649r76,787l124256,42989r-4534,-2934l119951,40055,97231,35788,56756,51676,40716,89649r-76,787l44818,111150r63,330l56629,128587r17805,11506l96837,144297r22212,-4204l119278,140093r18034,-11696l143891,118821r5257,-7671l153352,90436r76,-787xem254927,125222l237629,107734r-5385,4597l226682,115824r-6071,2209l213702,118808r-10947,-2248l194424,110401r-5309,-9144l187261,90030r1867,-11290l194360,69697r7989,-6159l212534,61252r7214,812l225856,64363r5385,3620l236258,72720,254342,53276r-7835,-7315l237261,40449,226148,36982,212737,35775r-21996,4306l173456,51752,162140,69011r-4051,21019l162166,111391r11316,17120l190652,140055r21692,4229l226352,142875r11290,-3963l246938,132880r7989,-7658xem357212,37731r-29552,l327660,95872r-1309,9220l322643,111721r-5817,4001l309181,117068r-7556,-1346l296011,111721r-3505,-6629l291299,95872r,-58141l261747,37731r,67475l264121,121335r6935,12192l282168,141224r14961,2679l307251,142519r8204,-3696l322122,133477r5538,-6300l327660,141960r29552,l357212,37731xem531050,74091l528637,57518,521690,45529,510628,38239,495858,35788r-10058,1080l476846,40043r-8001,5169l461632,52311r-4979,-7011l450011,40119r-8178,-3226l432269,35788r-10160,1384l413842,40868r-6731,5334l401548,52514r,-14783l371995,37731r,104229l401548,141960r,-58140l402780,74599r3556,-6629l411962,63969r7468,-1346l426808,63969r5436,4001l435597,74599r1143,9221l436740,141960r29565,l466305,83820r1232,-9221l471093,67970r5626,-4001l484187,62623r7379,1346l497001,67970r3353,6629l501497,83820r,58140l531050,141960r,-67869xe" fillcolor="#06867d" stroked="f">
                <v:path arrowok="t"/>
              </v:shape>
              <v:shape id="Graphic 3" o:spid="_x0000_s1028" style="position:absolute;left:5450;width:6090;height:1733;visibility:visible;mso-wrap-style:square;v-text-anchor:top" coordsize="608965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" path="m109474,89649l105473,66548r-3569,-5677l96774,52705,94869,49669,79921,39471r,50178l79921,90043r-2045,11887l72351,110998r-8102,5791l54444,118821r-9639,-2032l39687,113144r-2959,-2146l31229,101930,29171,90043r,-394l31178,77851r5448,-9081l44665,62941r9779,-2070l64249,62941r8102,5829l77876,77851r2045,11798l79921,39471r-229,-165l62026,35788,51485,37071r-8750,3530l35509,45961r-5957,6744l29552,37731,,37731,,173062r29552,l29552,128346r5817,5956l42506,139255r8789,3391l62026,143903r17831,-3518l95008,130022r1042,-1676l101993,118821r3544,-5677l109474,90043r,-394xem216814,92367l215290,81673,213779,71056,207835,59512r-3353,-6515l188671,40474r-635,-127l188036,81673r-44526,l166065,59512r8433,1600l181063,65633r4547,6998l188036,81673r,-41326l166065,35788r-20854,4293l128917,51752,118325,69011r-3784,21032l114541,90436r4102,21857l130022,129324r17247,11036l168986,144297r13233,-1346l193700,139090r9754,-6121l211569,124853r-4839,-4280l194652,109880r-6007,4864l182664,118071r-6312,1893l169367,120573r-9157,-1308l152768,115392r-5525,-6388l143903,100152r72530,l216623,97434r191,-1753l216814,92367xem334848,89649l330669,68922r-63,-330l325564,61264r-6718,-9779l305676,42989r,47447l303885,101015r-51,331l298615,110185r-115,203l290004,116535r-11354,2286l267766,116535r-216,l258813,110185r-5601,-9170l251307,90436r-76,-787l253022,79070r50,-343l258279,69888r115,-191l266814,63601r-229,l278257,61264r11176,2337l298094,69888r5588,9182l305600,89649r76,787l305676,42989r-4534,-2934l301371,40055,278650,35788,238175,51676,222135,89649r-76,787l226237,111150r64,330l238048,128587r17806,11506l278257,144297r22212,-4204l300697,140093r18034,-11696l325310,118821r5258,-7671l334772,90436r76,-787xem454037,89649l450049,66548r-3568,-5677l441337,52705r-1905,-3036l424484,39471r,50178l424484,90043r-2032,11887l416928,110998r-8115,5791l399008,118821r-9639,-2032l384251,113144r-2947,-2146l375793,101930,373735,90043r,-394l375742,77851r5461,-9081l389242,62941r9766,-2070l408813,62941r8115,5829l422452,77851r2032,11798l424484,39471r-228,-165l406590,35788r-10541,1283l387299,40601r-7227,5360l374116,52705r,-14974l344563,37731r,135331l374116,173062r,-44716l379933,134302r7150,4953l395859,142646r10731,1257l424421,140385r15164,-10363l440626,128346r5931,-9525l450100,113144r3937,-23101l454037,89649xem495084,l465518,r,141960l495084,141960,495084,xem608431,92367l606907,81673,605396,71056,599465,59512r-3353,-6515l580301,40474r-648,-127l579653,81673r-44526,l557682,59512r8445,1600l572681,65633r4559,6998l579653,81673r,-41326l557682,35788r-20841,4293l520547,51752,509943,69011r-3785,21032l506158,90436r4115,21857l521639,129324r17260,11036l560603,144297r13246,-1346l585317,139090r9766,-6121l603186,124853r-4826,-4280l586270,109880r-5995,4864l574294,118071r-6325,1893l560984,120573r-9144,-1308l544385,115392r-5512,-6388l535520,100152r72530,l608241,97434r190,-1753l608431,92367xe" fillcolor="#808285" stroked="f"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3386289">
    <w:abstractNumId w:val="8"/>
  </w:num>
  <w:num w:numId="2" w16cid:durableId="1137993349">
    <w:abstractNumId w:val="6"/>
  </w:num>
  <w:num w:numId="3" w16cid:durableId="1031032867">
    <w:abstractNumId w:val="5"/>
  </w:num>
  <w:num w:numId="4" w16cid:durableId="1042098890">
    <w:abstractNumId w:val="4"/>
  </w:num>
  <w:num w:numId="5" w16cid:durableId="57672099">
    <w:abstractNumId w:val="7"/>
  </w:num>
  <w:num w:numId="6" w16cid:durableId="930040767">
    <w:abstractNumId w:val="3"/>
  </w:num>
  <w:num w:numId="7" w16cid:durableId="738869749">
    <w:abstractNumId w:val="2"/>
  </w:num>
  <w:num w:numId="8" w16cid:durableId="233012168">
    <w:abstractNumId w:val="1"/>
  </w:num>
  <w:num w:numId="9" w16cid:durableId="117113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4567"/>
    <w:rsid w:val="001A61E1"/>
    <w:rsid w:val="0029639D"/>
    <w:rsid w:val="00326F90"/>
    <w:rsid w:val="0035643F"/>
    <w:rsid w:val="00361753"/>
    <w:rsid w:val="004764E6"/>
    <w:rsid w:val="006E3972"/>
    <w:rsid w:val="0077140A"/>
    <w:rsid w:val="00784F42"/>
    <w:rsid w:val="00804996"/>
    <w:rsid w:val="00816C87"/>
    <w:rsid w:val="0084328C"/>
    <w:rsid w:val="008F66AE"/>
    <w:rsid w:val="00942DE7"/>
    <w:rsid w:val="00A71580"/>
    <w:rsid w:val="00AA1D8D"/>
    <w:rsid w:val="00AA6ECC"/>
    <w:rsid w:val="00B47400"/>
    <w:rsid w:val="00B47730"/>
    <w:rsid w:val="00C55E61"/>
    <w:rsid w:val="00CB0664"/>
    <w:rsid w:val="00D008EE"/>
    <w:rsid w:val="00DF1E10"/>
    <w:rsid w:val="00EE31BC"/>
    <w:rsid w:val="00F245E8"/>
    <w:rsid w:val="00F3164A"/>
    <w:rsid w:val="00F341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844288"/>
  <w14:defaultImageDpi w14:val="300"/>
  <w15:docId w15:val="{16ABB6B6-2BCE-4A8F-A536-74B76AAF2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mesheet@locumpeople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mesheet@locumpeople.co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330</Words>
  <Characters>1882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/>
  <cp:lastModifiedBy>Nicola Purnell</cp:lastModifiedBy>
  <cp:revision>2</cp:revision>
  <dcterms:created xsi:type="dcterms:W3CDTF">2026-10-06T09:02:00Z</dcterms:created>
  <dcterms:modified xsi:type="dcterms:W3CDTF">2026-10-06T09:02:00Z</dcterms:modified>
  <cp:category/>
</cp:coreProperties>
</file>